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1D9C96" w14:textId="77777777" w:rsidR="0098222E" w:rsidRPr="00CF2024" w:rsidRDefault="006F14DC">
      <w:pPr>
        <w:autoSpaceDE w:val="0"/>
        <w:autoSpaceDN w:val="0"/>
        <w:spacing w:after="78" w:line="22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5625" w:dyaOrig="8565" w14:anchorId="66E345F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281.25pt;height:428.25pt" o:ole="">
            <v:imagedata r:id="rId6" o:title=""/>
          </v:shape>
          <o:OLEObject Type="Embed" ProgID="Acrobat.Document.DC" ShapeID="_x0000_i1028" DrawAspect="Content" ObjectID="_1769179445" r:id="rId7"/>
        </w:object>
      </w:r>
      <w:r w:rsidR="00C461A8" w:rsidRPr="00C461A8">
        <w:rPr>
          <w:rFonts w:ascii="Times New Roman" w:hAnsi="Times New Roman" w:cs="Times New Roman"/>
          <w:sz w:val="24"/>
          <w:szCs w:val="24"/>
        </w:rPr>
        <w:object w:dxaOrig="8925" w:dyaOrig="12630" w14:anchorId="767C5B3C">
          <v:shape id="_x0000_i1025" type="#_x0000_t75" style="width:446.25pt;height:631.5pt" o:ole="">
            <v:imagedata r:id="rId8" o:title=""/>
          </v:shape>
          <o:OLEObject Type="Embed" ProgID="Acrobat.Document.DC" ShapeID="_x0000_i1025" DrawAspect="Content" ObjectID="_1769179446" r:id="rId9"/>
        </w:object>
      </w:r>
      <w:r w:rsidR="00C461A8" w:rsidRPr="00C461A8">
        <w:rPr>
          <w:rFonts w:ascii="Times New Roman" w:hAnsi="Times New Roman" w:cs="Times New Roman"/>
          <w:sz w:val="24"/>
          <w:szCs w:val="24"/>
        </w:rPr>
        <w:object w:dxaOrig="8925" w:dyaOrig="12630" w14:anchorId="1BC4FB78">
          <v:shape id="_x0000_i1026" type="#_x0000_t75" style="width:446.25pt;height:631.5pt" o:ole="">
            <v:imagedata r:id="rId8" o:title=""/>
          </v:shape>
          <o:OLEObject Type="Embed" ProgID="Acrobat.Document.DC" ShapeID="_x0000_i1026" DrawAspect="Content" ObjectID="_1769179447" r:id="rId10"/>
        </w:object>
      </w:r>
      <w:r w:rsidR="00C461A8" w:rsidRPr="00C461A8">
        <w:rPr>
          <w:rFonts w:ascii="Times New Roman" w:hAnsi="Times New Roman" w:cs="Times New Roman"/>
          <w:sz w:val="24"/>
          <w:szCs w:val="24"/>
        </w:rPr>
        <w:object w:dxaOrig="8925" w:dyaOrig="12630" w14:anchorId="6EEFE902">
          <v:shape id="_x0000_i1027" type="#_x0000_t75" style="width:446.25pt;height:631.5pt" o:ole="">
            <v:imagedata r:id="rId8" o:title=""/>
          </v:shape>
          <o:OLEObject Type="Embed" ProgID="Acrobat.Document.DC" ShapeID="_x0000_i1027" DrawAspect="Content" ObjectID="_1769179448" r:id="rId11"/>
        </w:object>
      </w:r>
    </w:p>
    <w:p w14:paraId="3A0D207A" w14:textId="77777777" w:rsidR="0098222E" w:rsidRPr="00CF2024" w:rsidRDefault="0098222E">
      <w:pPr>
        <w:autoSpaceDE w:val="0"/>
        <w:autoSpaceDN w:val="0"/>
        <w:spacing w:after="78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14:paraId="24A3B712" w14:textId="2B6AC27D" w:rsidR="00C461A8" w:rsidRDefault="00C461A8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14:paraId="37B303B5" w14:textId="77777777" w:rsidR="00C461A8" w:rsidRDefault="00C461A8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14:paraId="69A20C3F" w14:textId="77777777" w:rsidR="00C461A8" w:rsidRDefault="00C461A8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14:paraId="08BCB065" w14:textId="328BB04D" w:rsidR="00C461A8" w:rsidRDefault="006F14DC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object w:dxaOrig="5625" w:dyaOrig="8565" w14:anchorId="37FFF23E">
          <v:shape id="_x0000_i1029" type="#_x0000_t75" style="width:414.75pt;height:468pt" o:ole="">
            <v:imagedata r:id="rId6" o:title=""/>
          </v:shape>
          <o:OLEObject Type="Embed" ProgID="Acrobat.Document.DC" ShapeID="_x0000_i1029" DrawAspect="Content" ObjectID="_1769179449" r:id="rId12"/>
        </w:object>
      </w:r>
    </w:p>
    <w:p w14:paraId="49C7CE8F" w14:textId="77777777" w:rsidR="00C461A8" w:rsidRDefault="00C461A8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14:paraId="114C22D0" w14:textId="77777777" w:rsidR="00C461A8" w:rsidRDefault="00C461A8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14:paraId="30E03764" w14:textId="77777777" w:rsidR="00C461A8" w:rsidRDefault="00C461A8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14:paraId="30013F23" w14:textId="77777777" w:rsidR="006F14DC" w:rsidRDefault="006F14DC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ectPr w:rsidR="006F14DC">
          <w:pgSz w:w="11900" w:h="16840"/>
          <w:pgMar w:top="286" w:right="724" w:bottom="1440" w:left="666" w:header="720" w:footer="720" w:gutter="0"/>
          <w:cols w:space="720" w:equalWidth="0">
            <w:col w:w="10510" w:space="0"/>
          </w:cols>
          <w:docGrid w:linePitch="360"/>
        </w:sectPr>
      </w:pPr>
    </w:p>
    <w:p w14:paraId="29CD4456" w14:textId="33F7443A" w:rsidR="00C461A8" w:rsidRDefault="00C461A8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</w:p>
    <w:p w14:paraId="42C363BE" w14:textId="77777777" w:rsidR="0098222E" w:rsidRPr="00CF2024" w:rsidRDefault="00E30903" w:rsidP="007455B8">
      <w:pPr>
        <w:autoSpaceDE w:val="0"/>
        <w:autoSpaceDN w:val="0"/>
        <w:spacing w:after="0" w:line="23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ПОЯСНИТЕЛЬНАЯ ЗАПИСКА</w:t>
      </w:r>
    </w:p>
    <w:p w14:paraId="5CD65B52" w14:textId="77777777" w:rsidR="0098222E" w:rsidRPr="00CF2024" w:rsidRDefault="00E30903">
      <w:pPr>
        <w:autoSpaceDE w:val="0"/>
        <w:autoSpaceDN w:val="0"/>
        <w:spacing w:before="346" w:after="0" w:line="271" w:lineRule="auto"/>
        <w:ind w:right="288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(далее — ФГОС НОО) по ОРКСЭ и обеспечивает содержательную составляющую ФГОС НОО. </w:t>
      </w:r>
    </w:p>
    <w:p w14:paraId="267A36D3" w14:textId="77777777" w:rsidR="0098222E" w:rsidRPr="00CF2024" w:rsidRDefault="00E30903">
      <w:pPr>
        <w:autoSpaceDE w:val="0"/>
        <w:autoSpaceDN w:val="0"/>
        <w:spacing w:before="262" w:after="0" w:line="262" w:lineRule="auto"/>
        <w:ind w:right="1008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ОБЩАЯ ХАРАКТЕРИСТИКА УЧЕБНОГО ПРЕДМЕТА «ОСНОВЫ РЕЛИГИОЗНЫХ КУЛЬТУР И СВЕТСКОЙ ЭТИКИ»</w:t>
      </w:r>
    </w:p>
    <w:p w14:paraId="399614EB" w14:textId="77777777" w:rsidR="0098222E" w:rsidRPr="00CF2024" w:rsidRDefault="00E30903">
      <w:pPr>
        <w:autoSpaceDE w:val="0"/>
        <w:autoSpaceDN w:val="0"/>
        <w:spacing w:before="166" w:after="0" w:line="281" w:lineRule="auto"/>
        <w:ind w:right="288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Планируемые результаты</w:t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освоения курса ОРКСЭ включают результаты по каждому учебному модулю. При конструировании планируемых результатов учитываются цели обучения, требования, которые представлены в стандарте, и специфика содержания каждого учебного модуля. Общие результаты содержат перечень личностных и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достижений, которые приобретает каждый обучающийся, независимо от изучаемого модуля. </w:t>
      </w:r>
    </w:p>
    <w:p w14:paraId="4DAD5429" w14:textId="77777777" w:rsidR="0098222E" w:rsidRPr="00CF2024" w:rsidRDefault="00E30903">
      <w:pPr>
        <w:autoSpaceDE w:val="0"/>
        <w:autoSpaceDN w:val="0"/>
        <w:spacing w:before="70" w:after="0"/>
        <w:ind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Культурологическая направленность предмета способствует развитию у обучающихся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представлений о нравственных идеалах и ценностях религиозных и светских традиций народов России, формированию ценностного отношения к социальной реальности, осознанию роли буддизма, православия, ислама, иудаизма, светской этики в истории и культуре нашей страны.</w:t>
      </w:r>
    </w:p>
    <w:p w14:paraId="0D828C1A" w14:textId="77777777" w:rsidR="0098222E" w:rsidRPr="00CF2024" w:rsidRDefault="00E30903">
      <w:pPr>
        <w:autoSpaceDE w:val="0"/>
        <w:autoSpaceDN w:val="0"/>
        <w:spacing w:before="70" w:after="0" w:line="283" w:lineRule="auto"/>
        <w:ind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Коммуникативный подход к преподаванию предмета ОРКСЭ предполагает организацию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коммуникативной деятельности обучающихся, требующей от них умения выслушивать позицию партнёра по деятельности, принимать её, согласовывать усилия для достижения поставленной цели, находить адекватные вербальные средства передачи информации и рефлексии.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Деятельностный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подход, основывающийся на принципе диалогичности, осуществляется в процессе активного взаимодействия обучающихся, сотрудничества, обмена информацией, обсуждения разных точек зрения и т. п.</w:t>
      </w:r>
    </w:p>
    <w:p w14:paraId="644587CD" w14:textId="77777777" w:rsidR="0098222E" w:rsidRPr="00CF2024" w:rsidRDefault="00E30903">
      <w:pPr>
        <w:autoSpaceDE w:val="0"/>
        <w:autoSpaceDN w:val="0"/>
        <w:spacing w:before="70" w:after="0" w:line="288" w:lineRule="auto"/>
        <w:ind w:right="288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Предпосылками усвоения младшими школьниками содержания курса являются психологические особенности детей, завершающих обучение в начальной школе: интерес к социальной жизни, любознательность, принятие авторитета взрослого. Психологи подчёркивают естественную открытость детей этого возраста, способность эмоционально реагировать на окружающую действительность, остро реагировать как на доброжелательность, отзывчивость, доброту других людей, так и на проявление несправедливости, нанесение обид и оскорблений. Всё это становится предпосылкой к пониманию законов существования в социуме и принятию их как руководства к собственному поведению. Вместе с тем в процессе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обу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чения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необходимо учитывать, что младшие школьники с трудом усваивают абстрактные философские сентенции, нравственные поучения, поэтому особое внимание должно быть уделено эмоциональной стороне восприятия явлений социальной жизни, связанной с проявлением или нарушением нравственных, этических норм, обсуждение конкретных жизненных ситуаций, дающих образцы нравственно ценного поведения.</w:t>
      </w:r>
    </w:p>
    <w:p w14:paraId="5A77B2D1" w14:textId="77777777" w:rsidR="0098222E" w:rsidRPr="00CF2024" w:rsidRDefault="00E30903">
      <w:pPr>
        <w:autoSpaceDE w:val="0"/>
        <w:autoSpaceDN w:val="0"/>
        <w:spacing w:before="262" w:after="0" w:line="262" w:lineRule="auto"/>
        <w:ind w:right="86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ЦЕЛИ И ЗАДАЧИ ИЗУЧЕНИЯ УЧЕБНОГО ПРЕДМЕТА «ОСНОВЫ РЕЛИГИОЗНЫХ КУЛЬТУР И СВЕТСКОЙ ЭТИКИ»</w:t>
      </w:r>
    </w:p>
    <w:p w14:paraId="3D13D29E" w14:textId="77777777" w:rsidR="0098222E" w:rsidRPr="00CF2024" w:rsidRDefault="00E30903">
      <w:pPr>
        <w:autoSpaceDE w:val="0"/>
        <w:autoSpaceDN w:val="0"/>
        <w:spacing w:before="166" w:after="0"/>
        <w:ind w:right="288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Целью ОРКСЭ является формирование у обучающегося мотивации к осознанному нравственному поведению, основанному на знании и уважении культурных и религиозных традиций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многонационального народа России, а также к диалогу с представителями других культур и мировоззрений.</w:t>
      </w:r>
    </w:p>
    <w:p w14:paraId="3C83D74F" w14:textId="77777777" w:rsidR="0098222E" w:rsidRPr="00CF2024" w:rsidRDefault="00E30903">
      <w:pPr>
        <w:autoSpaceDE w:val="0"/>
        <w:autoSpaceDN w:val="0"/>
        <w:spacing w:before="70" w:after="0" w:line="23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Основными задачами ОРКСЭ являются:</w:t>
      </w:r>
    </w:p>
    <w:p w14:paraId="28E7B85C" w14:textId="77777777" w:rsidR="0098222E" w:rsidRPr="00CF2024" w:rsidRDefault="00E30903">
      <w:pPr>
        <w:autoSpaceDE w:val="0"/>
        <w:autoSpaceDN w:val="0"/>
        <w:spacing w:before="178" w:after="0" w:line="262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знакомство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обучающихся с основами православной, мусульманской, буддийской, иудейской культур, основами мировых религиозных культур и светской этики по выбору родителей</w:t>
      </w:r>
    </w:p>
    <w:p w14:paraId="2825D164" w14:textId="77777777" w:rsidR="0098222E" w:rsidRPr="00CF2024" w:rsidRDefault="00E30903" w:rsidP="006F14DC">
      <w:pPr>
        <w:autoSpaceDE w:val="0"/>
        <w:autoSpaceDN w:val="0"/>
        <w:spacing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(законных представителей);</w:t>
      </w:r>
    </w:p>
    <w:p w14:paraId="2FDFF532" w14:textId="77777777" w:rsidR="006F14DC" w:rsidRDefault="00E30903" w:rsidP="006F14DC">
      <w:pPr>
        <w:autoSpaceDE w:val="0"/>
        <w:autoSpaceDN w:val="0"/>
        <w:spacing w:before="238" w:after="0" w:line="262" w:lineRule="auto"/>
        <w:ind w:left="420" w:right="288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развитие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представлений обучающихся о значении нравственных норм и ценностей в жизни личности, семьи, общества;</w:t>
      </w:r>
    </w:p>
    <w:p w14:paraId="70F5D3B6" w14:textId="3DCE5794" w:rsidR="0098222E" w:rsidRPr="00CF2024" w:rsidRDefault="00E30903" w:rsidP="006F14DC">
      <w:pPr>
        <w:autoSpaceDE w:val="0"/>
        <w:autoSpaceDN w:val="0"/>
        <w:spacing w:before="238" w:after="0" w:line="262" w:lineRule="auto"/>
        <w:ind w:left="420" w:right="288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обобщение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знаний, понятий и представлений о духовной культуре и морали, ранее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полученных в начальной школе, формирование ценностно-смысловой сферы личности с учётом мировоззренческих и культурных особенностей и потребностей семьи;</w:t>
      </w:r>
    </w:p>
    <w:p w14:paraId="21C7E12F" w14:textId="77777777" w:rsidR="0098222E" w:rsidRPr="00CF2024" w:rsidRDefault="00E30903">
      <w:pPr>
        <w:autoSpaceDE w:val="0"/>
        <w:autoSpaceDN w:val="0"/>
        <w:spacing w:before="238" w:after="0" w:line="283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развитие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способностей обучающихся к общению в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полиэтничной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разномировоззренческой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многоконфессиональной среде на основе взаимного уважения и диалога. Основной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методологический принцип реализации ОРКСЭ — культурологический подход, способствующий формированию у младших школьников первоначальных представлений о культуре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традиционных религий народов России (православия, ислама, буддизма, иудаизма), российской светской (гражданской) этике, основанной на конституционных правах, свободах и обязанностях человека и гражданина в Российской Федерации.</w:t>
      </w:r>
    </w:p>
    <w:p w14:paraId="0C16897D" w14:textId="77777777" w:rsidR="0098222E" w:rsidRPr="00CF2024" w:rsidRDefault="00E30903">
      <w:pPr>
        <w:autoSpaceDE w:val="0"/>
        <w:autoSpaceDN w:val="0"/>
        <w:spacing w:before="322" w:after="0" w:line="262" w:lineRule="auto"/>
        <w:ind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МЕСТО УЧЕБНОГО ПРЕДМЕТА «ОСНОВЫ РЕЛИГИОЗНЫХ КУЛЬТУР И СВЕТСКОЙ ЭТИКИ» В УЧЕБНОМ ПЛАНЕ</w:t>
      </w:r>
    </w:p>
    <w:p w14:paraId="57A549D7" w14:textId="77777777" w:rsidR="0098222E" w:rsidRPr="00CF2024" w:rsidRDefault="00E30903">
      <w:pPr>
        <w:tabs>
          <w:tab w:val="left" w:pos="180"/>
        </w:tabs>
        <w:autoSpaceDE w:val="0"/>
        <w:autoSpaceDN w:val="0"/>
        <w:spacing w:before="166" w:after="0" w:line="262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Учебный предмет "Основы религиозных культур и светской этики" изучается в 4 классе один час в неделе, общий объем составляет 34 часа.</w:t>
      </w:r>
    </w:p>
    <w:p w14:paraId="7B0E973E" w14:textId="77777777" w:rsidR="0098222E" w:rsidRPr="00CF2024" w:rsidRDefault="0098222E">
      <w:pPr>
        <w:rPr>
          <w:rFonts w:ascii="Times New Roman" w:hAnsi="Times New Roman" w:cs="Times New Roman"/>
          <w:sz w:val="24"/>
          <w:szCs w:val="24"/>
          <w:lang w:val="ru-RU"/>
        </w:rPr>
        <w:sectPr w:rsidR="0098222E" w:rsidRPr="00CF2024">
          <w:pgSz w:w="11900" w:h="16840"/>
          <w:pgMar w:top="286" w:right="724" w:bottom="1440" w:left="666" w:header="720" w:footer="720" w:gutter="0"/>
          <w:cols w:space="720" w:equalWidth="0">
            <w:col w:w="10510" w:space="0"/>
          </w:cols>
          <w:docGrid w:linePitch="360"/>
        </w:sectPr>
      </w:pPr>
    </w:p>
    <w:p w14:paraId="79CD1311" w14:textId="77777777" w:rsidR="0098222E" w:rsidRPr="00CF2024" w:rsidRDefault="0098222E">
      <w:pPr>
        <w:autoSpaceDE w:val="0"/>
        <w:autoSpaceDN w:val="0"/>
        <w:spacing w:after="78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14:paraId="4B616298" w14:textId="77777777" w:rsidR="0098222E" w:rsidRPr="00CF2024" w:rsidRDefault="00E30903">
      <w:pPr>
        <w:autoSpaceDE w:val="0"/>
        <w:autoSpaceDN w:val="0"/>
        <w:spacing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СОДЕРЖАНИЕ УЧЕБНОГО ПРЕДМЕТА </w:t>
      </w:r>
    </w:p>
    <w:p w14:paraId="72103EF4" w14:textId="77777777" w:rsidR="0098222E" w:rsidRPr="00CF2024" w:rsidRDefault="00E30903">
      <w:pPr>
        <w:tabs>
          <w:tab w:val="left" w:pos="180"/>
        </w:tabs>
        <w:autoSpaceDE w:val="0"/>
        <w:autoSpaceDN w:val="0"/>
        <w:spacing w:before="346" w:after="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Модуль «ОСНОВЫ РЕЛИГИОЗНЫХ КУЛЬТУР НАРОДОВ </w:t>
      </w: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РОССИИ»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Россия — наша Родина. Культура и религия. Религии мира и их основатели. Священные книги религий мира. Хранители предания в религиях мира. Человек в религиозных традициях мира. Добро и зло. Священные сооружения. Искусство в религиозной культуре. Искусство в религиозной культуре.</w:t>
      </w:r>
    </w:p>
    <w:p w14:paraId="744BF965" w14:textId="77777777" w:rsidR="0098222E" w:rsidRPr="00CF2024" w:rsidRDefault="00E30903">
      <w:pPr>
        <w:autoSpaceDE w:val="0"/>
        <w:autoSpaceDN w:val="0"/>
        <w:spacing w:before="70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Религии России. Религия и мораль. Нравственные заповеди в религиях мира. Обычаи и обряды.</w:t>
      </w:r>
    </w:p>
    <w:p w14:paraId="21AB811E" w14:textId="77777777" w:rsidR="0098222E" w:rsidRPr="00CF2024" w:rsidRDefault="00E30903">
      <w:pPr>
        <w:autoSpaceDE w:val="0"/>
        <w:autoSpaceDN w:val="0"/>
        <w:spacing w:before="70" w:after="0" w:line="271" w:lineRule="auto"/>
        <w:ind w:right="72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Религиозные ритуалы в искусстве. Праздники и календари в религиях мира. Семья, семейные ценности. Долг, свобода, ответственность, труд. Милосердие, забота о слабых, взаимопомощь, социальные проблемы общества и отношение к ним разных религий.</w:t>
      </w:r>
    </w:p>
    <w:p w14:paraId="4B852541" w14:textId="77777777" w:rsidR="0098222E" w:rsidRPr="00CF2024" w:rsidRDefault="00E30903">
      <w:pPr>
        <w:tabs>
          <w:tab w:val="left" w:pos="180"/>
        </w:tabs>
        <w:autoSpaceDE w:val="0"/>
        <w:autoSpaceDN w:val="0"/>
        <w:spacing w:before="72" w:after="0" w:line="262" w:lineRule="auto"/>
        <w:ind w:right="576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14:paraId="4DF301C8" w14:textId="77777777" w:rsidR="0098222E" w:rsidRPr="00CF2024" w:rsidRDefault="0098222E">
      <w:pPr>
        <w:rPr>
          <w:rFonts w:ascii="Times New Roman" w:hAnsi="Times New Roman" w:cs="Times New Roman"/>
          <w:sz w:val="24"/>
          <w:szCs w:val="24"/>
          <w:lang w:val="ru-RU"/>
        </w:rPr>
        <w:sectPr w:rsidR="0098222E" w:rsidRPr="00CF2024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7E984752" w14:textId="77777777" w:rsidR="0098222E" w:rsidRPr="00CF2024" w:rsidRDefault="0098222E">
      <w:pPr>
        <w:autoSpaceDE w:val="0"/>
        <w:autoSpaceDN w:val="0"/>
        <w:spacing w:after="78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14:paraId="32F503AF" w14:textId="77777777" w:rsidR="0098222E" w:rsidRPr="00CF2024" w:rsidRDefault="00E30903">
      <w:pPr>
        <w:autoSpaceDE w:val="0"/>
        <w:autoSpaceDN w:val="0"/>
        <w:spacing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ПЛАНИРУЕМЫЕ ОБРАЗОВАТЕЛЬНЫЕ РЕЗУЛЬТАТЫ</w:t>
      </w:r>
    </w:p>
    <w:p w14:paraId="7C9B23D1" w14:textId="77777777" w:rsidR="0098222E" w:rsidRPr="00CF2024" w:rsidRDefault="00E30903">
      <w:pPr>
        <w:autoSpaceDE w:val="0"/>
        <w:autoSpaceDN w:val="0"/>
        <w:spacing w:before="346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ЛИЧНОСТНЫЕ РЕЗУЛЬТАТЫ</w:t>
      </w:r>
    </w:p>
    <w:p w14:paraId="66BA018F" w14:textId="77777777" w:rsidR="0098222E" w:rsidRPr="00CF2024" w:rsidRDefault="00E30903">
      <w:pPr>
        <w:tabs>
          <w:tab w:val="left" w:pos="180"/>
        </w:tabs>
        <w:autoSpaceDE w:val="0"/>
        <w:autoSpaceDN w:val="0"/>
        <w:spacing w:before="310" w:after="0" w:line="262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 результате изучения предмета «Основы религиозных культур и светской этики» в 4 классе у обучающегося будут сформированы следующие личностные результаты:</w:t>
      </w:r>
    </w:p>
    <w:p w14:paraId="08DAB5E0" w14:textId="77777777" w:rsidR="0098222E" w:rsidRPr="00CF2024" w:rsidRDefault="00E30903">
      <w:pPr>
        <w:autoSpaceDE w:val="0"/>
        <w:autoSpaceDN w:val="0"/>
        <w:spacing w:before="370" w:after="0" w:line="262" w:lineRule="auto"/>
        <w:ind w:left="420" w:right="432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понимать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основы российской гражданской идентичности, испытывать чувство гордости за свою Родину;</w:t>
      </w:r>
    </w:p>
    <w:p w14:paraId="49800D91" w14:textId="77777777" w:rsidR="0098222E" w:rsidRPr="00CF2024" w:rsidRDefault="00E30903">
      <w:pPr>
        <w:autoSpaceDE w:val="0"/>
        <w:autoSpaceDN w:val="0"/>
        <w:spacing w:before="238" w:after="0" w:line="262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формировать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национальную и гражданскую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самоидентичность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осознавать свою этническую и национальную принадлежность;</w:t>
      </w:r>
    </w:p>
    <w:p w14:paraId="5095608C" w14:textId="77777777" w:rsidR="0098222E" w:rsidRPr="00CF2024" w:rsidRDefault="00E30903">
      <w:pPr>
        <w:autoSpaceDE w:val="0"/>
        <w:autoSpaceDN w:val="0"/>
        <w:spacing w:before="240" w:after="0" w:line="262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понимать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значение гуманистических и демократических ценностных ориентаций; осознавать ценность человеческой жизни;</w:t>
      </w:r>
    </w:p>
    <w:p w14:paraId="0DA5B1C8" w14:textId="77777777" w:rsidR="0098222E" w:rsidRPr="00CF2024" w:rsidRDefault="00E30903">
      <w:pPr>
        <w:autoSpaceDE w:val="0"/>
        <w:autoSpaceDN w:val="0"/>
        <w:spacing w:before="238" w:after="0" w:line="262" w:lineRule="auto"/>
        <w:ind w:left="420" w:right="576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понимать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значение нравственных норм и ценностей как условия жизни личности, семьи, общества;</w:t>
      </w:r>
    </w:p>
    <w:p w14:paraId="28A1EDBF" w14:textId="77777777" w:rsidR="0098222E" w:rsidRPr="00CF2024" w:rsidRDefault="00E30903">
      <w:pPr>
        <w:autoSpaceDE w:val="0"/>
        <w:autoSpaceDN w:val="0"/>
        <w:spacing w:before="238" w:after="0" w:line="262" w:lineRule="auto"/>
        <w:ind w:left="420" w:right="864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осознавать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право гражданина РФ исповедовать любую традиционную религию или не исповедовать никакой ре​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лигии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;</w:t>
      </w:r>
    </w:p>
    <w:p w14:paraId="672A72AE" w14:textId="77777777" w:rsidR="0098222E" w:rsidRPr="00CF2024" w:rsidRDefault="00E30903">
      <w:pPr>
        <w:autoSpaceDE w:val="0"/>
        <w:autoSpaceDN w:val="0"/>
        <w:spacing w:before="238" w:after="0" w:line="271" w:lineRule="auto"/>
        <w:ind w:left="420" w:right="432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строить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своё общение, совместную деятельность на основе правил коммуникации: умения договариваться, мирно разрешать конфликты, уважать другое мнение, независимо от принадлежности собеседников к религии или к атеизму;</w:t>
      </w:r>
    </w:p>
    <w:p w14:paraId="627E6330" w14:textId="77777777" w:rsidR="0098222E" w:rsidRPr="00CF2024" w:rsidRDefault="00E30903">
      <w:pPr>
        <w:autoSpaceDE w:val="0"/>
        <w:autoSpaceDN w:val="0"/>
        <w:spacing w:before="238" w:after="0" w:line="271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соотносить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свои поступки с нравственными ценностями, принятыми в российском обществе, проявлять уважение к духовным традициям народов России, терпимость к представителям разного вероисповедания;</w:t>
      </w:r>
    </w:p>
    <w:p w14:paraId="25B00A72" w14:textId="77777777" w:rsidR="0098222E" w:rsidRPr="00CF2024" w:rsidRDefault="00E30903">
      <w:pPr>
        <w:autoSpaceDE w:val="0"/>
        <w:autoSpaceDN w:val="0"/>
        <w:spacing w:before="238" w:after="0" w:line="271" w:lineRule="auto"/>
        <w:ind w:left="420" w:right="432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строить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своё поведение с учётом нравственных норм и правил; проявлять в повседневной жизни доброту, справедливость, доброжелательность в общении, желание при необходимости прийти на помощь;</w:t>
      </w:r>
    </w:p>
    <w:p w14:paraId="6D8D815E" w14:textId="77777777" w:rsidR="0098222E" w:rsidRPr="00CF2024" w:rsidRDefault="00E30903">
      <w:pPr>
        <w:autoSpaceDE w:val="0"/>
        <w:autoSpaceDN w:val="0"/>
        <w:spacing w:before="238" w:after="0" w:line="271" w:lineRule="auto"/>
        <w:ind w:left="420" w:right="288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понимать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необходимость обогащать свои знания о духовно-нравственной культуре, стремиться анализировать своё поведение, избегать негативных поступков и действий,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оскорб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r w:rsidRPr="00CF2024">
        <w:rPr>
          <w:rFonts w:ascii="Times New Roman" w:eastAsia="DejaVu Serif" w:hAnsi="Times New Roman" w:cs="Times New Roman"/>
          <w:color w:val="000000"/>
          <w:sz w:val="24"/>
          <w:szCs w:val="24"/>
          <w:lang w:val="ru-RU"/>
        </w:rPr>
        <w:t>‐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ляющих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других людей;</w:t>
      </w:r>
    </w:p>
    <w:p w14:paraId="68A8D7B3" w14:textId="77777777" w:rsidR="0098222E" w:rsidRPr="00CF2024" w:rsidRDefault="00E30903">
      <w:pPr>
        <w:autoSpaceDE w:val="0"/>
        <w:autoSpaceDN w:val="0"/>
        <w:spacing w:before="240" w:after="0" w:line="23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понимать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необходимость бережного отношения к материальным и духовным ценностям.</w:t>
      </w:r>
    </w:p>
    <w:p w14:paraId="3067E53D" w14:textId="77777777" w:rsidR="0098222E" w:rsidRPr="00CF2024" w:rsidRDefault="00E30903">
      <w:pPr>
        <w:autoSpaceDE w:val="0"/>
        <w:autoSpaceDN w:val="0"/>
        <w:spacing w:before="322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МЕТАПРЕДМЕТНЫЕ РЕЗУЛЬТАТЫ</w:t>
      </w:r>
    </w:p>
    <w:p w14:paraId="1CD22EA1" w14:textId="77777777" w:rsidR="0098222E" w:rsidRPr="00CF2024" w:rsidRDefault="00E30903">
      <w:pPr>
        <w:autoSpaceDE w:val="0"/>
        <w:autoSpaceDN w:val="0"/>
        <w:spacing w:before="226" w:after="0" w:line="262" w:lineRule="auto"/>
        <w:ind w:left="420" w:right="576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овладевать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способностью понимания и сохранения целей и задач учебной деятельности, поиска оптимальных средств их достижения;</w:t>
      </w:r>
    </w:p>
    <w:p w14:paraId="46538552" w14:textId="77777777" w:rsidR="0098222E" w:rsidRPr="00CF2024" w:rsidRDefault="00E30903">
      <w:pPr>
        <w:autoSpaceDE w:val="0"/>
        <w:autoSpaceDN w:val="0"/>
        <w:spacing w:before="238" w:after="0" w:line="281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формировать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умения планировать, контролировать и оценивать учебные действия в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соответствии с поставленной задачей и условиями её реализации, определять и находить наиболее эффективные способы достижения результата, вносить соответствующие коррективы в процесс их реализации на основе оценки и учёта характера ошибок, понимать причины успеха/неуспеха учебной деятельности;</w:t>
      </w:r>
    </w:p>
    <w:p w14:paraId="0D2E626D" w14:textId="77777777" w:rsidR="0098222E" w:rsidRPr="00CF2024" w:rsidRDefault="00E30903">
      <w:pPr>
        <w:autoSpaceDE w:val="0"/>
        <w:autoSpaceDN w:val="0"/>
        <w:spacing w:before="238" w:after="0" w:line="262" w:lineRule="auto"/>
        <w:ind w:left="420" w:right="576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совершенствовать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умения в различных видах речевой деятельности и коммуникативных ситуациях; адекватное использование речевых средств и средств информационно-</w:t>
      </w:r>
    </w:p>
    <w:p w14:paraId="47829596" w14:textId="77777777" w:rsidR="0098222E" w:rsidRPr="00CF2024" w:rsidRDefault="0098222E">
      <w:pPr>
        <w:rPr>
          <w:rFonts w:ascii="Times New Roman" w:hAnsi="Times New Roman" w:cs="Times New Roman"/>
          <w:sz w:val="24"/>
          <w:szCs w:val="24"/>
          <w:lang w:val="ru-RU"/>
        </w:rPr>
        <w:sectPr w:rsidR="0098222E" w:rsidRPr="00CF2024">
          <w:pgSz w:w="11900" w:h="16840"/>
          <w:pgMar w:top="298" w:right="650" w:bottom="402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77B178DA" w14:textId="77777777" w:rsidR="0098222E" w:rsidRPr="00CF2024" w:rsidRDefault="0098222E">
      <w:pPr>
        <w:autoSpaceDE w:val="0"/>
        <w:autoSpaceDN w:val="0"/>
        <w:spacing w:after="66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14:paraId="6E762978" w14:textId="77777777" w:rsidR="0098222E" w:rsidRPr="00CF2024" w:rsidRDefault="00E30903">
      <w:pPr>
        <w:autoSpaceDE w:val="0"/>
        <w:autoSpaceDN w:val="0"/>
        <w:spacing w:after="0" w:line="262" w:lineRule="auto"/>
        <w:ind w:left="240"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коммуникационных технологий для решения различных коммуникативных и познавательных задач;</w:t>
      </w:r>
    </w:p>
    <w:p w14:paraId="4621DE8C" w14:textId="77777777" w:rsidR="0098222E" w:rsidRPr="00CF2024" w:rsidRDefault="00E30903">
      <w:pPr>
        <w:autoSpaceDE w:val="0"/>
        <w:autoSpaceDN w:val="0"/>
        <w:spacing w:before="238" w:after="0" w:line="262" w:lineRule="auto"/>
        <w:ind w:left="240" w:right="1872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совершенствовать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умения в области работы с информацией, осуществления информационного поиска для выполнения учебных заданий;</w:t>
      </w:r>
    </w:p>
    <w:p w14:paraId="1C6387BD" w14:textId="77777777" w:rsidR="0098222E" w:rsidRPr="00CF2024" w:rsidRDefault="00E30903">
      <w:pPr>
        <w:autoSpaceDE w:val="0"/>
        <w:autoSpaceDN w:val="0"/>
        <w:spacing w:before="238" w:after="0" w:line="262" w:lineRule="auto"/>
        <w:ind w:left="240" w:right="288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овладевать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навыками смыслового чтения текстов различных стилей и жанров, осознанного построения речевых высказываний в соответствии с задачами коммуникации;</w:t>
      </w:r>
    </w:p>
    <w:p w14:paraId="315B2033" w14:textId="77777777" w:rsidR="0098222E" w:rsidRPr="00CF2024" w:rsidRDefault="00E30903">
      <w:pPr>
        <w:autoSpaceDE w:val="0"/>
        <w:autoSpaceDN w:val="0"/>
        <w:spacing w:before="238" w:after="0" w:line="271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овладевать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логическими действиями анализа, синтеза, сравнения, обобщения, классификации, установления аналогий и причинно-следственных связей, построения рассуждений, отнесения к известным понятиям;</w:t>
      </w:r>
    </w:p>
    <w:p w14:paraId="0FEF0365" w14:textId="77777777" w:rsidR="0098222E" w:rsidRPr="00CF2024" w:rsidRDefault="00E30903">
      <w:pPr>
        <w:autoSpaceDE w:val="0"/>
        <w:autoSpaceDN w:val="0"/>
        <w:spacing w:before="240" w:after="0" w:line="271" w:lineRule="auto"/>
        <w:ind w:left="240" w:right="76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формировать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готовность слушать собеседника и вести диалог, признавать возможность существования различных точек зрения и право каждого иметь свою собственную, умений излагать своё мнение и аргументировать свою точку зрения и оценку событий;</w:t>
      </w:r>
    </w:p>
    <w:p w14:paraId="5F61FC60" w14:textId="77777777" w:rsidR="0098222E" w:rsidRPr="00CF2024" w:rsidRDefault="00E30903">
      <w:pPr>
        <w:autoSpaceDE w:val="0"/>
        <w:autoSpaceDN w:val="0"/>
        <w:spacing w:before="238" w:after="0" w:line="271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совершенствовать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организационные умения в области коллективной деятельности, умения определять общую цель и пути её достижения, умений договариваться о распределении ролей в совместной деятельности, адекватно оценивать собственное поведение и поведение окружающих.</w:t>
      </w:r>
    </w:p>
    <w:p w14:paraId="4D1BE20A" w14:textId="77777777" w:rsidR="0098222E" w:rsidRPr="00CF2024" w:rsidRDefault="00E30903">
      <w:pPr>
        <w:autoSpaceDE w:val="0"/>
        <w:autoSpaceDN w:val="0"/>
        <w:spacing w:before="730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Универсальные учебные действия</w:t>
      </w:r>
    </w:p>
    <w:p w14:paraId="41BB7A71" w14:textId="77777777" w:rsidR="0098222E" w:rsidRPr="00CF2024" w:rsidRDefault="00E30903">
      <w:pPr>
        <w:autoSpaceDE w:val="0"/>
        <w:autoSpaceDN w:val="0"/>
        <w:spacing w:before="670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Познавательные УУД:</w:t>
      </w:r>
    </w:p>
    <w:p w14:paraId="50550E9A" w14:textId="77777777" w:rsidR="0098222E" w:rsidRPr="00CF2024" w:rsidRDefault="00E30903">
      <w:pPr>
        <w:autoSpaceDE w:val="0"/>
        <w:autoSpaceDN w:val="0"/>
        <w:spacing w:before="370" w:after="0" w:line="271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ориентироваться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понятиях, отражающих нравственные ценности общества — мораль, этика, этикет, справедливость, гуманизм, благотворительность, а также используемых в разных религиях (в пределах изученного);</w:t>
      </w:r>
    </w:p>
    <w:p w14:paraId="6A1E03B5" w14:textId="77777777" w:rsidR="0098222E" w:rsidRPr="00CF2024" w:rsidRDefault="00E30903">
      <w:pPr>
        <w:autoSpaceDE w:val="0"/>
        <w:autoSpaceDN w:val="0"/>
        <w:spacing w:before="238" w:after="0" w:line="262" w:lineRule="auto"/>
        <w:ind w:left="240" w:right="288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использовать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разные методы получения знаний о традиционных религиях и светской этике (наблюдение, чтение, сравнение, вычисление);</w:t>
      </w:r>
    </w:p>
    <w:p w14:paraId="1C8127D3" w14:textId="77777777" w:rsidR="0098222E" w:rsidRPr="00CF2024" w:rsidRDefault="00E30903">
      <w:pPr>
        <w:autoSpaceDE w:val="0"/>
        <w:autoSpaceDN w:val="0"/>
        <w:spacing w:before="238" w:after="0" w:line="262" w:lineRule="auto"/>
        <w:ind w:left="144" w:right="86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применять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логические действия и операции для решения учебных задач: сравнивать, анализировать, обобщать, делать выводы на основе изучаемого фактического материала;</w:t>
      </w:r>
    </w:p>
    <w:p w14:paraId="21E180CD" w14:textId="77777777" w:rsidR="0098222E" w:rsidRPr="00CF2024" w:rsidRDefault="00E30903">
      <w:pPr>
        <w:autoSpaceDE w:val="0"/>
        <w:autoSpaceDN w:val="0"/>
        <w:spacing w:before="240" w:after="0" w:line="262" w:lineRule="auto"/>
        <w:ind w:left="240" w:right="144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признавать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возможность существования разных точек зрения; обосновывать свои суждения, приводить убедительные доказательства;</w:t>
      </w:r>
    </w:p>
    <w:p w14:paraId="63170652" w14:textId="77777777" w:rsidR="0098222E" w:rsidRPr="00CF2024" w:rsidRDefault="00E30903">
      <w:pPr>
        <w:autoSpaceDE w:val="0"/>
        <w:autoSpaceDN w:val="0"/>
        <w:spacing w:before="238" w:after="0" w:line="23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выполнять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совместные проектные задания с опорой на предложенные образцы.</w:t>
      </w:r>
    </w:p>
    <w:p w14:paraId="055A6D6E" w14:textId="77777777" w:rsidR="0098222E" w:rsidRPr="00CF2024" w:rsidRDefault="00E30903">
      <w:pPr>
        <w:autoSpaceDE w:val="0"/>
        <w:autoSpaceDN w:val="0"/>
        <w:spacing w:before="730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Работа с информацией:</w:t>
      </w:r>
    </w:p>
    <w:p w14:paraId="7924CF2D" w14:textId="77777777" w:rsidR="0098222E" w:rsidRPr="00CF2024" w:rsidRDefault="00E30903">
      <w:pPr>
        <w:autoSpaceDE w:val="0"/>
        <w:autoSpaceDN w:val="0"/>
        <w:spacing w:before="370" w:after="0" w:line="262" w:lineRule="auto"/>
        <w:ind w:left="240" w:right="1584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воспроизводить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прослушанную (прочитанную) информацию, подчёркивать её принадлежность к определённой религии и/или к гражданской этике;</w:t>
      </w:r>
    </w:p>
    <w:p w14:paraId="142CF6B9" w14:textId="77777777" w:rsidR="0098222E" w:rsidRPr="00CF2024" w:rsidRDefault="00E30903">
      <w:pPr>
        <w:autoSpaceDE w:val="0"/>
        <w:autoSpaceDN w:val="0"/>
        <w:spacing w:before="238" w:after="0" w:line="262" w:lineRule="auto"/>
        <w:ind w:left="240" w:right="432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использовать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разные средства для получения информации в соответствии с поставленной учебной задачей (текстовую, графическую, видео);</w:t>
      </w:r>
    </w:p>
    <w:p w14:paraId="1C01D6F9" w14:textId="77777777" w:rsidR="0098222E" w:rsidRPr="00CF2024" w:rsidRDefault="00E30903">
      <w:pPr>
        <w:autoSpaceDE w:val="0"/>
        <w:autoSpaceDN w:val="0"/>
        <w:spacing w:before="238" w:after="0" w:line="23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находить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дополнительную информацию к основному учебному материалу в разных</w:t>
      </w:r>
    </w:p>
    <w:p w14:paraId="0DA0D80A" w14:textId="77777777" w:rsidR="0098222E" w:rsidRPr="00CF2024" w:rsidRDefault="0098222E">
      <w:pPr>
        <w:rPr>
          <w:rFonts w:ascii="Times New Roman" w:hAnsi="Times New Roman" w:cs="Times New Roman"/>
          <w:sz w:val="24"/>
          <w:szCs w:val="24"/>
          <w:lang w:val="ru-RU"/>
        </w:rPr>
        <w:sectPr w:rsidR="0098222E" w:rsidRPr="00CF2024">
          <w:pgSz w:w="11900" w:h="16840"/>
          <w:pgMar w:top="286" w:right="694" w:bottom="438" w:left="846" w:header="720" w:footer="720" w:gutter="0"/>
          <w:cols w:space="720" w:equalWidth="0">
            <w:col w:w="10360" w:space="0"/>
          </w:cols>
          <w:docGrid w:linePitch="360"/>
        </w:sectPr>
      </w:pPr>
    </w:p>
    <w:p w14:paraId="6E8CB958" w14:textId="77777777" w:rsidR="0098222E" w:rsidRPr="00CF2024" w:rsidRDefault="0098222E">
      <w:pPr>
        <w:autoSpaceDE w:val="0"/>
        <w:autoSpaceDN w:val="0"/>
        <w:spacing w:after="66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14:paraId="27AF4A46" w14:textId="77777777" w:rsidR="0098222E" w:rsidRPr="00CF2024" w:rsidRDefault="00E30903">
      <w:pPr>
        <w:autoSpaceDE w:val="0"/>
        <w:autoSpaceDN w:val="0"/>
        <w:spacing w:after="0" w:line="23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информационных источниках, в том числе в Интернете (в условиях контролируемого входа);</w:t>
      </w:r>
    </w:p>
    <w:p w14:paraId="0AC12916" w14:textId="77777777" w:rsidR="0098222E" w:rsidRPr="00CF2024" w:rsidRDefault="00E30903">
      <w:pPr>
        <w:autoSpaceDE w:val="0"/>
        <w:autoSpaceDN w:val="0"/>
        <w:spacing w:before="238" w:after="0" w:line="262" w:lineRule="auto"/>
        <w:ind w:left="240" w:right="288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анализировать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сравнивать информацию, представленную в разных источниках, с помощью учителя, оценивать её объективность и правильность.</w:t>
      </w:r>
    </w:p>
    <w:p w14:paraId="2F51F9AD" w14:textId="77777777" w:rsidR="0098222E" w:rsidRPr="00CF2024" w:rsidRDefault="00E30903">
      <w:pPr>
        <w:autoSpaceDE w:val="0"/>
        <w:autoSpaceDN w:val="0"/>
        <w:spacing w:before="730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Коммуникативные УУД:</w:t>
      </w:r>
    </w:p>
    <w:p w14:paraId="76E41CAA" w14:textId="77777777" w:rsidR="0098222E" w:rsidRPr="00CF2024" w:rsidRDefault="00E30903">
      <w:pPr>
        <w:autoSpaceDE w:val="0"/>
        <w:autoSpaceDN w:val="0"/>
        <w:spacing w:before="370" w:after="0" w:line="271" w:lineRule="auto"/>
        <w:ind w:left="240" w:right="14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использовать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смысловое чтение для выделения главной мысли религиозных притч, сказаний, произведений фольклора и художественной литературы, анализа и оценки жизненных ситуаций, раскрывающих проблемы нравственности, этики, речевого этикета;</w:t>
      </w:r>
    </w:p>
    <w:p w14:paraId="282C9627" w14:textId="77777777" w:rsidR="0098222E" w:rsidRPr="00CF2024" w:rsidRDefault="00E30903">
      <w:pPr>
        <w:autoSpaceDE w:val="0"/>
        <w:autoSpaceDN w:val="0"/>
        <w:spacing w:before="240" w:after="0" w:line="271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соблюдать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правила ведения диалога и дискуссии; корректно задавать вопросы и высказывать своё мнение; проявлять уважительное отношение к собеседнику с учётом особенностей участников общения;</w:t>
      </w:r>
    </w:p>
    <w:p w14:paraId="51891B53" w14:textId="77777777" w:rsidR="0098222E" w:rsidRPr="00CF2024" w:rsidRDefault="00E30903">
      <w:pPr>
        <w:autoSpaceDE w:val="0"/>
        <w:autoSpaceDN w:val="0"/>
        <w:spacing w:before="238" w:after="0" w:line="262" w:lineRule="auto"/>
        <w:ind w:left="240" w:right="288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создавать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небольшие тексты-описания, тексты-рассуждения для воссоздания, анализа и оценки нравственно-этических идей, представленных в религиозных учениях и светской этике.</w:t>
      </w:r>
    </w:p>
    <w:p w14:paraId="13EA3218" w14:textId="77777777" w:rsidR="0098222E" w:rsidRPr="00CF2024" w:rsidRDefault="00E30903">
      <w:pPr>
        <w:autoSpaceDE w:val="0"/>
        <w:autoSpaceDN w:val="0"/>
        <w:spacing w:before="730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Регулятивные УУД:</w:t>
      </w:r>
    </w:p>
    <w:p w14:paraId="1A908EA0" w14:textId="77777777" w:rsidR="0098222E" w:rsidRPr="00CF2024" w:rsidRDefault="00E30903">
      <w:pPr>
        <w:autoSpaceDE w:val="0"/>
        <w:autoSpaceDN w:val="0"/>
        <w:spacing w:before="370" w:after="0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проявлять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самостоятельность, инициативность, организованность в осуществлении учебной деятельности и в конкретных жизненных ситуациях; контролировать состояние своего здоровья и эмоционального благополучия, предвидеть опасные для здоровья и жизни ситуации и способы их предупреждения;</w:t>
      </w:r>
    </w:p>
    <w:p w14:paraId="36BC43AD" w14:textId="77777777" w:rsidR="0098222E" w:rsidRPr="00CF2024" w:rsidRDefault="00E30903">
      <w:pPr>
        <w:autoSpaceDE w:val="0"/>
        <w:autoSpaceDN w:val="0"/>
        <w:spacing w:before="238" w:after="0" w:line="271" w:lineRule="auto"/>
        <w:ind w:left="240" w:right="288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проявлять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готовность изменять себя, оценивать свои поступки, ориентируясь на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нравственные правила и нормы современного российского общества; проявлять способность к сознательному самоограничению в поведении;</w:t>
      </w:r>
    </w:p>
    <w:p w14:paraId="6F7D1C7C" w14:textId="77777777" w:rsidR="0098222E" w:rsidRPr="00CF2024" w:rsidRDefault="00E30903">
      <w:pPr>
        <w:autoSpaceDE w:val="0"/>
        <w:autoSpaceDN w:val="0"/>
        <w:spacing w:before="238" w:after="0" w:line="262" w:lineRule="auto"/>
        <w:ind w:left="240" w:right="144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анализировать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ситуации, отражающие примеры положительного и негативного отношения к окружающему миру (природе, людям, предметам трудовой деятельности);</w:t>
      </w:r>
    </w:p>
    <w:p w14:paraId="2DBABCAE" w14:textId="77777777" w:rsidR="0098222E" w:rsidRPr="00CF2024" w:rsidRDefault="00E30903">
      <w:pPr>
        <w:autoSpaceDE w:val="0"/>
        <w:autoSpaceDN w:val="0"/>
        <w:spacing w:before="240" w:after="0" w:line="271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выражать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своё отношение к анализируемым событиям, поступкам, действиям: одобрять нравственные нормы поведения; осуждать проявление несправедливости, жадности, нечестности, зла;</w:t>
      </w:r>
    </w:p>
    <w:p w14:paraId="6FE52DF5" w14:textId="77777777" w:rsidR="0098222E" w:rsidRPr="00CF2024" w:rsidRDefault="00E30903">
      <w:pPr>
        <w:autoSpaceDE w:val="0"/>
        <w:autoSpaceDN w:val="0"/>
        <w:spacing w:before="238" w:after="0" w:line="262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проявлять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высокий уровень познавательной мотивации, интерес к предмету, желание больше узнать о других религиях и правилах светской этики и этикета.</w:t>
      </w:r>
    </w:p>
    <w:p w14:paraId="46210C89" w14:textId="77777777" w:rsidR="0098222E" w:rsidRPr="00CF2024" w:rsidRDefault="00E30903">
      <w:pPr>
        <w:autoSpaceDE w:val="0"/>
        <w:autoSpaceDN w:val="0"/>
        <w:spacing w:before="730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Совместная деятельность:</w:t>
      </w:r>
    </w:p>
    <w:p w14:paraId="7CEAB969" w14:textId="77777777" w:rsidR="0098222E" w:rsidRPr="00CF2024" w:rsidRDefault="00E30903">
      <w:pPr>
        <w:autoSpaceDE w:val="0"/>
        <w:autoSpaceDN w:val="0"/>
        <w:spacing w:before="370" w:after="0" w:line="271" w:lineRule="auto"/>
        <w:ind w:left="240" w:right="288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выбирать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партнёра не только по личным симпатиям, но и по деловым качествам, корректно высказывать свои пожелания к работе, спокойно принимать замечания к своей работе, объективно их оценивать;</w:t>
      </w:r>
    </w:p>
    <w:p w14:paraId="53D7E296" w14:textId="77777777" w:rsidR="0098222E" w:rsidRPr="00CF2024" w:rsidRDefault="00E30903">
      <w:pPr>
        <w:autoSpaceDE w:val="0"/>
        <w:autoSpaceDN w:val="0"/>
        <w:spacing w:before="238" w:after="0" w:line="262" w:lineRule="auto"/>
        <w:ind w:left="240" w:right="72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владеть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умениями совместной деятельности: подчиняться, договариваться, руководить; терпеливо и спокойно разрешать возникающие конфликты;</w:t>
      </w:r>
    </w:p>
    <w:p w14:paraId="1C1C6EA2" w14:textId="77777777" w:rsidR="0098222E" w:rsidRPr="00CF2024" w:rsidRDefault="0098222E">
      <w:pPr>
        <w:rPr>
          <w:rFonts w:ascii="Times New Roman" w:hAnsi="Times New Roman" w:cs="Times New Roman"/>
          <w:sz w:val="24"/>
          <w:szCs w:val="24"/>
          <w:lang w:val="ru-RU"/>
        </w:rPr>
        <w:sectPr w:rsidR="0098222E" w:rsidRPr="00CF2024">
          <w:pgSz w:w="11900" w:h="16840"/>
          <w:pgMar w:top="286" w:right="712" w:bottom="512" w:left="846" w:header="720" w:footer="720" w:gutter="0"/>
          <w:cols w:space="720" w:equalWidth="0">
            <w:col w:w="10342" w:space="0"/>
          </w:cols>
          <w:docGrid w:linePitch="360"/>
        </w:sectPr>
      </w:pPr>
    </w:p>
    <w:p w14:paraId="09CD0409" w14:textId="77777777" w:rsidR="0098222E" w:rsidRPr="00CF2024" w:rsidRDefault="0098222E">
      <w:pPr>
        <w:autoSpaceDE w:val="0"/>
        <w:autoSpaceDN w:val="0"/>
        <w:spacing w:after="108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14:paraId="1920962D" w14:textId="77777777" w:rsidR="0098222E" w:rsidRPr="00CF2024" w:rsidRDefault="00E30903">
      <w:pPr>
        <w:autoSpaceDE w:val="0"/>
        <w:autoSpaceDN w:val="0"/>
        <w:spacing w:after="0" w:line="262" w:lineRule="auto"/>
        <w:ind w:left="420" w:right="288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готовить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индивидуально, в парах, в группах сообщения по изученному и дополнительному материалу с иллюстративным материалом и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видеопрезентацией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122E0C13" w14:textId="77777777" w:rsidR="0098222E" w:rsidRPr="00CF2024" w:rsidRDefault="00E30903">
      <w:pPr>
        <w:autoSpaceDE w:val="0"/>
        <w:autoSpaceDN w:val="0"/>
        <w:spacing w:before="322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ПРЕДМЕТНЫЕ РЕЗУЛЬТАТЫ</w:t>
      </w:r>
    </w:p>
    <w:p w14:paraId="0B91F292" w14:textId="77777777" w:rsidR="0098222E" w:rsidRPr="00CF2024" w:rsidRDefault="00E30903">
      <w:pPr>
        <w:tabs>
          <w:tab w:val="left" w:pos="180"/>
        </w:tabs>
        <w:autoSpaceDE w:val="0"/>
        <w:autoSpaceDN w:val="0"/>
        <w:spacing w:before="310" w:after="0" w:line="262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Предметные результаты освоения образовательной программы модуля «Основы религиозных культур народов России» должны отражать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умений:</w:t>
      </w:r>
    </w:p>
    <w:p w14:paraId="79139152" w14:textId="77777777" w:rsidR="0098222E" w:rsidRPr="00CF2024" w:rsidRDefault="00E30903">
      <w:pPr>
        <w:autoSpaceDE w:val="0"/>
        <w:autoSpaceDN w:val="0"/>
        <w:spacing w:before="370" w:after="0" w:line="271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выражать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действительности;</w:t>
      </w:r>
    </w:p>
    <w:p w14:paraId="7EBADF29" w14:textId="77777777" w:rsidR="0098222E" w:rsidRPr="00CF2024" w:rsidRDefault="00E30903">
      <w:pPr>
        <w:autoSpaceDE w:val="0"/>
        <w:autoSpaceDN w:val="0"/>
        <w:spacing w:before="240" w:after="0" w:line="262" w:lineRule="auto"/>
        <w:ind w:left="420" w:right="288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выражать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своими словами понимание значимости нравственного самосовершенствования и роли в этом личных усилий человека, приводить примеры;</w:t>
      </w:r>
    </w:p>
    <w:p w14:paraId="62102925" w14:textId="77777777" w:rsidR="0098222E" w:rsidRPr="00CF2024" w:rsidRDefault="00E30903">
      <w:pPr>
        <w:autoSpaceDE w:val="0"/>
        <w:autoSpaceDN w:val="0"/>
        <w:spacing w:before="238" w:after="0" w:line="271" w:lineRule="auto"/>
        <w:ind w:left="420" w:right="72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выражать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понимание и принятие значения российских традиционных духовных и нравственных ценностей, духовно-нравственной культуры народов России, российского общества как источника и основы духовного развития, нравственного совершенствования;</w:t>
      </w:r>
    </w:p>
    <w:p w14:paraId="21075705" w14:textId="77777777" w:rsidR="0098222E" w:rsidRPr="00CF2024" w:rsidRDefault="00E30903">
      <w:pPr>
        <w:autoSpaceDE w:val="0"/>
        <w:autoSpaceDN w:val="0"/>
        <w:spacing w:before="238" w:after="0" w:line="271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рассказывать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 нравственных заповедях, нормах морали в традиционных религиях России (православие, ислам, буддизм, иудаизм), их значении в выстраивании отношений в семье, между людьми;</w:t>
      </w:r>
    </w:p>
    <w:p w14:paraId="31A227D8" w14:textId="77777777" w:rsidR="0098222E" w:rsidRPr="00CF2024" w:rsidRDefault="00E30903">
      <w:pPr>
        <w:autoSpaceDE w:val="0"/>
        <w:autoSpaceDN w:val="0"/>
        <w:spacing w:before="238" w:after="0"/>
        <w:ind w:left="420" w:right="288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раскрывать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основное содержание нравственных категорий (долг, свобода, ответственность, милосердие, забота о слабых, взаимопомощь) в религиозной культуре народов России (православии, исламе, буддизме, иудаизме); объяснять «золотое правило нравственности» в религиозных традициях;</w:t>
      </w:r>
    </w:p>
    <w:p w14:paraId="34DF58D2" w14:textId="77777777" w:rsidR="0098222E" w:rsidRPr="00CF2024" w:rsidRDefault="00E30903">
      <w:pPr>
        <w:autoSpaceDE w:val="0"/>
        <w:autoSpaceDN w:val="0"/>
        <w:spacing w:before="238" w:after="0" w:line="262" w:lineRule="auto"/>
        <w:ind w:left="420" w:right="864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соотносить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нравственные формы поведения с нравственными нормами, заповедями в традиционных религиях народов России;</w:t>
      </w:r>
    </w:p>
    <w:p w14:paraId="775F3179" w14:textId="77777777" w:rsidR="0098222E" w:rsidRPr="00CF2024" w:rsidRDefault="00E30903">
      <w:pPr>
        <w:autoSpaceDE w:val="0"/>
        <w:autoSpaceDN w:val="0"/>
        <w:spacing w:before="238" w:after="0" w:line="262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раскрывать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своими словами первоначальные представления о мировоззрении (картине мира) в вероучении православия, ислама, буддизма, иудаизма; об основателях религий;</w:t>
      </w:r>
    </w:p>
    <w:p w14:paraId="19F9F036" w14:textId="77777777" w:rsidR="0098222E" w:rsidRPr="00CF2024" w:rsidRDefault="00E30903">
      <w:pPr>
        <w:autoSpaceDE w:val="0"/>
        <w:autoSpaceDN w:val="0"/>
        <w:spacing w:before="238" w:after="0" w:line="271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рассказывать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 священных писаниях традиционных религий народов России (Библия, Коран,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Трипитака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Ганджур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), Танах), хранителях предания и служителях религиозного культа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(священники, муллы, ламы, раввины), религиозных обрядах, ритуалах, обычаях (1—2 примера);</w:t>
      </w:r>
    </w:p>
    <w:p w14:paraId="248107D5" w14:textId="77777777" w:rsidR="0098222E" w:rsidRPr="00CF2024" w:rsidRDefault="00E30903">
      <w:pPr>
        <w:autoSpaceDE w:val="0"/>
        <w:autoSpaceDN w:val="0"/>
        <w:spacing w:before="240" w:after="0" w:line="262" w:lineRule="auto"/>
        <w:ind w:left="420" w:right="432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рассказывать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 назначении и устройстве священных сооружений (храмов) традиционных религий народов России, основных нормах поведения в храмах, общения с верующими;</w:t>
      </w:r>
    </w:p>
    <w:p w14:paraId="05164369" w14:textId="77777777" w:rsidR="0098222E" w:rsidRPr="00CF2024" w:rsidRDefault="00E30903">
      <w:pPr>
        <w:autoSpaceDE w:val="0"/>
        <w:autoSpaceDN w:val="0"/>
        <w:spacing w:before="238" w:after="0" w:line="271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рассказывать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 религиозных календарях и праздниках традиционных религий народов России (православия, ислама, буддизма, иудаизма, не менее одного религиозного праздника каждой традиции);</w:t>
      </w:r>
    </w:p>
    <w:p w14:paraId="4224BC21" w14:textId="77777777" w:rsidR="0098222E" w:rsidRPr="00CF2024" w:rsidRDefault="00E30903">
      <w:pPr>
        <w:autoSpaceDE w:val="0"/>
        <w:autoSpaceDN w:val="0"/>
        <w:spacing w:before="238" w:after="0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раскрывать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основное содержание норм отношений в религиозной семье (православие, ислам, буддизм, иудаизм), общее представление о семейных ценностях в традиционных религиях народов России; понимание отношения к труду, учению в традиционных религиях народов России;</w:t>
      </w:r>
    </w:p>
    <w:p w14:paraId="1652258B" w14:textId="77777777" w:rsidR="0098222E" w:rsidRPr="00CF2024" w:rsidRDefault="00E30903">
      <w:pPr>
        <w:autoSpaceDE w:val="0"/>
        <w:autoSpaceDN w:val="0"/>
        <w:spacing w:before="238" w:after="0" w:line="262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распознавать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религиозную символику традиционных религий народов России (православия, ислама, буддизма, иудаизма минимально по одному символу), объяснять своими словами её</w:t>
      </w:r>
    </w:p>
    <w:p w14:paraId="6876FA05" w14:textId="77777777" w:rsidR="0098222E" w:rsidRPr="00CF2024" w:rsidRDefault="0098222E">
      <w:pPr>
        <w:rPr>
          <w:rFonts w:ascii="Times New Roman" w:hAnsi="Times New Roman" w:cs="Times New Roman"/>
          <w:sz w:val="24"/>
          <w:szCs w:val="24"/>
          <w:lang w:val="ru-RU"/>
        </w:rPr>
        <w:sectPr w:rsidR="0098222E" w:rsidRPr="00CF2024">
          <w:pgSz w:w="11900" w:h="16840"/>
          <w:pgMar w:top="328" w:right="718" w:bottom="422" w:left="666" w:header="720" w:footer="720" w:gutter="0"/>
          <w:cols w:space="720" w:equalWidth="0">
            <w:col w:w="10516" w:space="0"/>
          </w:cols>
          <w:docGrid w:linePitch="360"/>
        </w:sectPr>
      </w:pPr>
    </w:p>
    <w:p w14:paraId="37627852" w14:textId="77777777" w:rsidR="0098222E" w:rsidRPr="00CF2024" w:rsidRDefault="0098222E">
      <w:pPr>
        <w:autoSpaceDE w:val="0"/>
        <w:autoSpaceDN w:val="0"/>
        <w:spacing w:after="66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14:paraId="57AEA7D9" w14:textId="77777777" w:rsidR="0098222E" w:rsidRPr="00CF2024" w:rsidRDefault="00E30903">
      <w:pPr>
        <w:autoSpaceDE w:val="0"/>
        <w:autoSpaceDN w:val="0"/>
        <w:spacing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значение в религиозной культуре;</w:t>
      </w:r>
    </w:p>
    <w:p w14:paraId="626A034D" w14:textId="77777777" w:rsidR="0098222E" w:rsidRPr="00CF2024" w:rsidRDefault="00E30903">
      <w:pPr>
        <w:autoSpaceDE w:val="0"/>
        <w:autoSpaceDN w:val="0"/>
        <w:spacing w:before="238" w:after="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рассказывать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 художественной культуре традиционных религий народов России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(православные иконы, исламская каллиграфия, буддийская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танкопись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); главных особенностях религиозного искусства православия, ислама, буддизма, иудаизма (архитектура, изобразительное искусство, язык и поэтика религиозных текстов, музыки или звуковой среды);</w:t>
      </w:r>
    </w:p>
    <w:p w14:paraId="180D8827" w14:textId="77777777" w:rsidR="0098222E" w:rsidRPr="00CF2024" w:rsidRDefault="00E30903">
      <w:pPr>
        <w:autoSpaceDE w:val="0"/>
        <w:autoSpaceDN w:val="0"/>
        <w:spacing w:before="238" w:after="0" w:line="262" w:lineRule="auto"/>
        <w:ind w:right="576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излагать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основные исторические сведения о роли традиционных религий в становлении культуры народов России, российского общества, российской государственности;</w:t>
      </w:r>
    </w:p>
    <w:p w14:paraId="5A2CF837" w14:textId="77777777" w:rsidR="0098222E" w:rsidRPr="00CF2024" w:rsidRDefault="00E30903">
      <w:pPr>
        <w:autoSpaceDE w:val="0"/>
        <w:autoSpaceDN w:val="0"/>
        <w:spacing w:before="238" w:after="0" w:line="271" w:lineRule="auto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первоначальный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опыт поисковой, проектной деятельности по изучению исторического и культурного наследия традиционных религий народов России в своей местности, регионе (храмы, монастыри, святыни, памятные и святые места), оформлению и представлению её результатов;</w:t>
      </w:r>
    </w:p>
    <w:p w14:paraId="0A3B2ABA" w14:textId="77777777" w:rsidR="0098222E" w:rsidRPr="00CF2024" w:rsidRDefault="00E30903">
      <w:pPr>
        <w:autoSpaceDE w:val="0"/>
        <w:autoSpaceDN w:val="0"/>
        <w:spacing w:before="240" w:after="0" w:line="262" w:lineRule="auto"/>
        <w:ind w:right="432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приводить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примеры нравственных поступков, совершаемых с опорой на этические нормы религиозной культуры и внутреннюю установку личности поступать согласно своей совести;</w:t>
      </w:r>
    </w:p>
    <w:p w14:paraId="1AE2E5C2" w14:textId="77777777" w:rsidR="0098222E" w:rsidRPr="00CF2024" w:rsidRDefault="00E30903">
      <w:pPr>
        <w:autoSpaceDE w:val="0"/>
        <w:autoSpaceDN w:val="0"/>
        <w:spacing w:before="238" w:after="0" w:line="281" w:lineRule="auto"/>
        <w:ind w:right="144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выражать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своими словами понимание свободы мировоззренческого выбора, отношения человека, людей в обществе к религии, свободы вероисповедания; понимание российского общества как многоэтничного и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многорелигиозного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(приводить примеры), понимание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российского общенародного (общенационального, гражданского) патриотизма, любви к Отечеству, нашей общей Родине — России; приводить примеры сотрудничества последователей традиционных религий;</w:t>
      </w:r>
    </w:p>
    <w:p w14:paraId="0D950232" w14:textId="77777777" w:rsidR="0098222E" w:rsidRPr="00CF2024" w:rsidRDefault="00E30903">
      <w:pPr>
        <w:autoSpaceDE w:val="0"/>
        <w:autoSpaceDN w:val="0"/>
        <w:spacing w:before="238" w:after="0" w:line="262" w:lineRule="auto"/>
        <w:ind w:right="576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называть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традиционные религии в России, народы России, для которых традиционными религиями исторически являются православие, ислам, буддизм, иудаизм;</w:t>
      </w:r>
    </w:p>
    <w:p w14:paraId="2881ECEA" w14:textId="77777777" w:rsidR="0098222E" w:rsidRPr="00CF2024" w:rsidRDefault="00E30903">
      <w:pPr>
        <w:autoSpaceDE w:val="0"/>
        <w:autoSpaceDN w:val="0"/>
        <w:spacing w:before="238" w:after="0" w:line="262" w:lineRule="auto"/>
        <w:ind w:right="432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выражать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своими словами понимание человеческого достоинства, ценности человеческой жизни в традиционных религиях народов России.</w:t>
      </w:r>
    </w:p>
    <w:p w14:paraId="1B6AA20E" w14:textId="77777777" w:rsidR="0098222E" w:rsidRPr="00CF2024" w:rsidRDefault="0098222E">
      <w:pPr>
        <w:rPr>
          <w:rFonts w:ascii="Times New Roman" w:hAnsi="Times New Roman" w:cs="Times New Roman"/>
          <w:sz w:val="24"/>
          <w:szCs w:val="24"/>
          <w:lang w:val="ru-RU"/>
        </w:rPr>
        <w:sectPr w:rsidR="0098222E" w:rsidRPr="00CF2024">
          <w:pgSz w:w="11900" w:h="16840"/>
          <w:pgMar w:top="286" w:right="692" w:bottom="1440" w:left="1086" w:header="720" w:footer="720" w:gutter="0"/>
          <w:cols w:space="720" w:equalWidth="0">
            <w:col w:w="10122" w:space="0"/>
          </w:cols>
          <w:docGrid w:linePitch="360"/>
        </w:sectPr>
      </w:pPr>
    </w:p>
    <w:p w14:paraId="64D7ACC7" w14:textId="77777777" w:rsidR="0098222E" w:rsidRPr="00CF2024" w:rsidRDefault="0098222E">
      <w:pPr>
        <w:autoSpaceDE w:val="0"/>
        <w:autoSpaceDN w:val="0"/>
        <w:spacing w:after="64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14:paraId="410C4940" w14:textId="77777777" w:rsidR="0098222E" w:rsidRPr="00CF2024" w:rsidRDefault="00E30903">
      <w:pPr>
        <w:autoSpaceDE w:val="0"/>
        <w:autoSpaceDN w:val="0"/>
        <w:spacing w:after="258" w:line="233" w:lineRule="auto"/>
        <w:rPr>
          <w:rFonts w:ascii="Times New Roman" w:hAnsi="Times New Roman" w:cs="Times New Roman"/>
          <w:sz w:val="24"/>
          <w:szCs w:val="24"/>
        </w:rPr>
      </w:pPr>
      <w:r w:rsidRPr="00CF2024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4493"/>
        <w:gridCol w:w="850"/>
        <w:gridCol w:w="1985"/>
        <w:gridCol w:w="2693"/>
        <w:gridCol w:w="4961"/>
      </w:tblGrid>
      <w:tr w:rsidR="00CF2024" w:rsidRPr="00CF2024" w14:paraId="6CC19933" w14:textId="77777777" w:rsidTr="00CF2024">
        <w:trPr>
          <w:trHeight w:hRule="exact" w:val="348"/>
        </w:trPr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62F8DD" w14:textId="77777777" w:rsidR="00CF2024" w:rsidRPr="00CF2024" w:rsidRDefault="00CF2024">
            <w:pPr>
              <w:autoSpaceDE w:val="0"/>
              <w:autoSpaceDN w:val="0"/>
              <w:spacing w:before="78" w:after="0" w:line="245" w:lineRule="auto"/>
              <w:ind w:right="1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№</w:t>
            </w:r>
            <w:r w:rsidRPr="00CF20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п/п</w:t>
            </w:r>
          </w:p>
        </w:tc>
        <w:tc>
          <w:tcPr>
            <w:tcW w:w="44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F1FD3E" w14:textId="77777777" w:rsidR="00CF2024" w:rsidRPr="00CF2024" w:rsidRDefault="00CF2024">
            <w:pPr>
              <w:autoSpaceDE w:val="0"/>
              <w:autoSpaceDN w:val="0"/>
              <w:spacing w:before="78" w:after="0" w:line="247" w:lineRule="auto"/>
              <w:ind w:left="72" w:right="49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55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D0DE2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Количество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65A998D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Электронные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(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цифровые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)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образовательные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ресурсы</w:t>
            </w:r>
            <w:proofErr w:type="spellEnd"/>
          </w:p>
        </w:tc>
      </w:tr>
      <w:tr w:rsidR="00CF2024" w:rsidRPr="00CF2024" w14:paraId="655CB77B" w14:textId="77777777" w:rsidTr="00CF2024">
        <w:trPr>
          <w:trHeight w:hRule="exact" w:val="540"/>
        </w:trPr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F37B5" w14:textId="77777777" w:rsidR="00CF2024" w:rsidRPr="00CF2024" w:rsidRDefault="00CF20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8F018" w14:textId="77777777" w:rsidR="00CF2024" w:rsidRPr="00CF2024" w:rsidRDefault="00CF20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E0FC4A7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F7FEED" w14:textId="77777777" w:rsidR="00CF2024" w:rsidRPr="00CF2024" w:rsidRDefault="00CF2024" w:rsidP="00CF2024">
            <w:pPr>
              <w:autoSpaceDE w:val="0"/>
              <w:autoSpaceDN w:val="0"/>
              <w:spacing w:before="78" w:after="0" w:line="245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контрольные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FBB625" w14:textId="77777777" w:rsidR="00CF2024" w:rsidRPr="00CF2024" w:rsidRDefault="00CF2024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практические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96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C878096" w14:textId="77777777" w:rsidR="00CF2024" w:rsidRPr="00CF2024" w:rsidRDefault="00CF20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024" w:rsidRPr="006F14DC" w14:paraId="30FFC4B5" w14:textId="77777777" w:rsidTr="00C56B22">
        <w:trPr>
          <w:gridAfter w:val="1"/>
          <w:wAfter w:w="4961" w:type="dxa"/>
          <w:trHeight w:hRule="exact" w:val="348"/>
        </w:trPr>
        <w:tc>
          <w:tcPr>
            <w:tcW w:w="104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  <w:right w:w="0" w:type="dxa"/>
            </w:tcMar>
          </w:tcPr>
          <w:p w14:paraId="30F7E458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Модуль 1. Основы религиозных культур народов России</w:t>
            </w:r>
          </w:p>
        </w:tc>
      </w:tr>
      <w:tr w:rsidR="00CF2024" w:rsidRPr="00CF2024" w14:paraId="75230CB4" w14:textId="77777777" w:rsidTr="00CF2024">
        <w:trPr>
          <w:trHeight w:hRule="exact" w:val="361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F2A2B32" w14:textId="77777777" w:rsidR="00CF2024" w:rsidRPr="00CF2024" w:rsidRDefault="00CF2024">
            <w:pPr>
              <w:autoSpaceDE w:val="0"/>
              <w:autoSpaceDN w:val="0"/>
              <w:spacing w:before="80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1.1.</w:t>
            </w:r>
          </w:p>
        </w:tc>
        <w:tc>
          <w:tcPr>
            <w:tcW w:w="4493" w:type="dxa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FC7F607" w14:textId="77777777" w:rsidR="00CF2024" w:rsidRPr="00CF2024" w:rsidRDefault="00CF2024">
            <w:pPr>
              <w:autoSpaceDE w:val="0"/>
              <w:autoSpaceDN w:val="0"/>
              <w:spacing w:before="80" w:after="0" w:line="245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Россия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—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наша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Родина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53654B7" w14:textId="77777777" w:rsidR="00CF2024" w:rsidRPr="00CF2024" w:rsidRDefault="00CF2024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705CD927" w14:textId="77777777" w:rsidR="00CF2024" w:rsidRPr="00CF2024" w:rsidRDefault="00CF2024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503A3DB" w14:textId="77777777" w:rsidR="00CF2024" w:rsidRPr="00CF2024" w:rsidRDefault="00CF2024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7B1D79B" w14:textId="77777777" w:rsidR="00CF2024" w:rsidRPr="00CF2024" w:rsidRDefault="00CF2024">
            <w:pPr>
              <w:autoSpaceDE w:val="0"/>
              <w:autoSpaceDN w:val="0"/>
              <w:spacing w:before="80" w:after="0" w:line="372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Электронное приложение к учебнику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www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uchportal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load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/271-1-0-93210?</w:t>
            </w:r>
          </w:p>
          <w:p w14:paraId="2CA9475A" w14:textId="77777777" w:rsidR="00CF2024" w:rsidRPr="00CF2024" w:rsidRDefault="00CF2024">
            <w:pPr>
              <w:autoSpaceDE w:val="0"/>
              <w:autoSpaceDN w:val="0"/>
              <w:spacing w:before="18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ysclid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=l4gxr3klg128140329</w:t>
            </w:r>
          </w:p>
        </w:tc>
      </w:tr>
      <w:tr w:rsidR="00CF2024" w:rsidRPr="00CF2024" w14:paraId="53DFE2D7" w14:textId="77777777" w:rsidTr="00CF2024">
        <w:trPr>
          <w:trHeight w:hRule="exact" w:val="4002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B3A64" w14:textId="77777777" w:rsidR="00CF2024" w:rsidRPr="00CF2024" w:rsidRDefault="00CF2024">
            <w:pPr>
              <w:autoSpaceDE w:val="0"/>
              <w:autoSpaceDN w:val="0"/>
              <w:spacing w:before="74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1.2.</w:t>
            </w:r>
          </w:p>
        </w:tc>
        <w:tc>
          <w:tcPr>
            <w:tcW w:w="44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C08D6" w14:textId="77777777" w:rsidR="00CF2024" w:rsidRPr="00CF2024" w:rsidRDefault="00CF2024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Культура и религия.</w:t>
            </w:r>
          </w:p>
          <w:p w14:paraId="0D1BD2E9" w14:textId="77777777" w:rsidR="00CF2024" w:rsidRPr="00CF2024" w:rsidRDefault="00CF2024">
            <w:pPr>
              <w:autoSpaceDE w:val="0"/>
              <w:autoSpaceDN w:val="0"/>
              <w:spacing w:before="20" w:after="0" w:line="250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Возникновение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религий. Мировые религии и их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основатели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6EDF6" w14:textId="77777777" w:rsidR="00CF2024" w:rsidRPr="00CF2024" w:rsidRDefault="00CF2024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93F4D9" w14:textId="77777777" w:rsidR="00CF2024" w:rsidRPr="00CF2024" w:rsidRDefault="00CF2024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4F3B0" w14:textId="77777777" w:rsidR="00CF2024" w:rsidRPr="00CF2024" w:rsidRDefault="00CF2024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A56C05" w14:textId="77777777" w:rsidR="00CF2024" w:rsidRPr="00CF2024" w:rsidRDefault="00CF2024">
            <w:pPr>
              <w:autoSpaceDE w:val="0"/>
              <w:autoSpaceDN w:val="0"/>
              <w:spacing w:before="74" w:after="0" w:line="250" w:lineRule="auto"/>
              <w:ind w:left="72" w:right="3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https://infourok.ru/prezentaciya-po-orkse-modul-osnovi-mirovih-religioznih-kultur-na-temu-kultura-i-religiya-kl-3352084.html</w:t>
            </w:r>
          </w:p>
          <w:p w14:paraId="082DE7CB" w14:textId="77777777" w:rsidR="00CF2024" w:rsidRPr="00CF2024" w:rsidRDefault="00CF2024">
            <w:pPr>
              <w:autoSpaceDE w:val="0"/>
              <w:autoSpaceDN w:val="0"/>
              <w:spacing w:before="210" w:after="0" w:line="245" w:lineRule="auto"/>
              <w:ind w:left="72" w:right="1008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https://nsportal.ru/nachalnaya-</w:t>
            </w:r>
            <w:r w:rsidRPr="00CF20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shkola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raznoe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/2013/02/18/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kultura-i-religiya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?</w:t>
            </w:r>
          </w:p>
          <w:p w14:paraId="6422007B" w14:textId="77777777" w:rsidR="00CF2024" w:rsidRPr="00CF2024" w:rsidRDefault="00CF2024">
            <w:pPr>
              <w:autoSpaceDE w:val="0"/>
              <w:autoSpaceDN w:val="0"/>
              <w:spacing w:before="210" w:after="0" w:line="245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https://uchitelya.com/orkse/62630-prezentaciya-vozniknovenie-religiy-4-klass.html</w:t>
            </w:r>
          </w:p>
          <w:p w14:paraId="07794F32" w14:textId="77777777" w:rsidR="00CF2024" w:rsidRPr="00CF2024" w:rsidRDefault="00CF2024">
            <w:pPr>
              <w:autoSpaceDE w:val="0"/>
              <w:autoSpaceDN w:val="0"/>
              <w:spacing w:before="212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videouroki.net ›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vozniknovieniie-rielighii-rielighii-mira-i-ikh-osnovatieli</w:t>
            </w:r>
            <w:proofErr w:type="spellEnd"/>
          </w:p>
        </w:tc>
      </w:tr>
    </w:tbl>
    <w:p w14:paraId="4F0E3C5A" w14:textId="77777777" w:rsidR="0098222E" w:rsidRPr="00CF2024" w:rsidRDefault="0098222E">
      <w:pPr>
        <w:autoSpaceDE w:val="0"/>
        <w:autoSpaceDN w:val="0"/>
        <w:spacing w:after="0" w:line="14" w:lineRule="exact"/>
        <w:rPr>
          <w:rFonts w:ascii="Times New Roman" w:hAnsi="Times New Roman" w:cs="Times New Roman"/>
          <w:sz w:val="24"/>
          <w:szCs w:val="24"/>
        </w:rPr>
      </w:pPr>
    </w:p>
    <w:p w14:paraId="702E3843" w14:textId="77777777" w:rsidR="0098222E" w:rsidRPr="00CF2024" w:rsidRDefault="0098222E">
      <w:pPr>
        <w:rPr>
          <w:rFonts w:ascii="Times New Roman" w:hAnsi="Times New Roman" w:cs="Times New Roman"/>
          <w:sz w:val="24"/>
          <w:szCs w:val="24"/>
        </w:rPr>
        <w:sectPr w:rsidR="0098222E" w:rsidRPr="00CF2024">
          <w:pgSz w:w="16840" w:h="11900"/>
          <w:pgMar w:top="282" w:right="640" w:bottom="988" w:left="666" w:header="720" w:footer="720" w:gutter="0"/>
          <w:cols w:space="720" w:equalWidth="0">
            <w:col w:w="15534" w:space="0"/>
          </w:cols>
          <w:docGrid w:linePitch="360"/>
        </w:sectPr>
      </w:pPr>
    </w:p>
    <w:p w14:paraId="38314DF0" w14:textId="77777777" w:rsidR="0098222E" w:rsidRPr="00CF2024" w:rsidRDefault="0098222E">
      <w:pPr>
        <w:autoSpaceDE w:val="0"/>
        <w:autoSpaceDN w:val="0"/>
        <w:spacing w:after="66" w:line="22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4351"/>
        <w:gridCol w:w="992"/>
        <w:gridCol w:w="1985"/>
        <w:gridCol w:w="2693"/>
        <w:gridCol w:w="4961"/>
      </w:tblGrid>
      <w:tr w:rsidR="00CF2024" w:rsidRPr="00CF2024" w14:paraId="5BC72B70" w14:textId="77777777" w:rsidTr="00CF2024">
        <w:trPr>
          <w:trHeight w:hRule="exact" w:val="169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87C3BB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1.3.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CCB14" w14:textId="77777777" w:rsidR="00CF2024" w:rsidRPr="00CF2024" w:rsidRDefault="00CF2024">
            <w:pPr>
              <w:autoSpaceDE w:val="0"/>
              <w:autoSpaceDN w:val="0"/>
              <w:spacing w:before="78" w:after="0" w:line="245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Священные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книги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религий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мира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7988E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454B4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12646B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A32D59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videouroki.net › tests ›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sviashchiennyie-knighi-rielighii-mira</w:t>
            </w:r>
            <w:proofErr w:type="spellEnd"/>
          </w:p>
          <w:p w14:paraId="1A0F65F5" w14:textId="77777777" w:rsidR="00CF2024" w:rsidRPr="00CF2024" w:rsidRDefault="00CF2024">
            <w:pPr>
              <w:autoSpaceDE w:val="0"/>
              <w:autoSpaceDN w:val="0"/>
              <w:spacing w:before="212" w:after="0" w:line="247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https://nsportal.ru/nachalnaya-</w:t>
            </w:r>
            <w:r w:rsidRPr="00CF20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shkola/orkse/2019/03/28/prezentatsiya-k-uroku-orkse-svyashchennye-knigi-religiy-mira?</w:t>
            </w:r>
          </w:p>
        </w:tc>
      </w:tr>
      <w:tr w:rsidR="00CF2024" w:rsidRPr="00CF2024" w14:paraId="320B80A2" w14:textId="77777777" w:rsidTr="00CF2024">
        <w:trPr>
          <w:trHeight w:hRule="exact" w:val="150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A53D0" w14:textId="77777777" w:rsidR="00CF2024" w:rsidRPr="00CF2024" w:rsidRDefault="00CF2024">
            <w:pPr>
              <w:autoSpaceDE w:val="0"/>
              <w:autoSpaceDN w:val="0"/>
              <w:spacing w:before="76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1.4.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E0A2A" w14:textId="77777777" w:rsidR="00CF2024" w:rsidRPr="00CF2024" w:rsidRDefault="00CF2024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Хранители предания в религиях мира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89831" w14:textId="77777777" w:rsidR="00CF2024" w:rsidRPr="00CF2024" w:rsidRDefault="00CF2024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383B4" w14:textId="77777777" w:rsidR="00CF2024" w:rsidRPr="00CF2024" w:rsidRDefault="00CF2024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00813C" w14:textId="77777777" w:rsidR="00CF2024" w:rsidRPr="00CF2024" w:rsidRDefault="00CF2024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AA367" w14:textId="77777777" w:rsidR="00CF2024" w:rsidRPr="00CF2024" w:rsidRDefault="00CF2024">
            <w:pPr>
              <w:autoSpaceDE w:val="0"/>
              <w:autoSpaceDN w:val="0"/>
              <w:spacing w:before="76" w:after="0" w:line="334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https://videouroki.net/tests/orkse.html </w:t>
            </w:r>
            <w:r w:rsidRPr="00CF20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https://infourok.ru/prezentaciya-k-uroku-orkse-hraniteli-predaniya-v-religiyah-mira-2116215.html?</w:t>
            </w:r>
          </w:p>
        </w:tc>
      </w:tr>
      <w:tr w:rsidR="00CF2024" w:rsidRPr="006F14DC" w14:paraId="3906202D" w14:textId="77777777" w:rsidTr="00CF2024">
        <w:trPr>
          <w:trHeight w:hRule="exact" w:val="188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529500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1.5.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B0C26" w14:textId="77777777" w:rsidR="00CF2024" w:rsidRPr="00CF2024" w:rsidRDefault="00CF2024">
            <w:pPr>
              <w:autoSpaceDE w:val="0"/>
              <w:autoSpaceDN w:val="0"/>
              <w:spacing w:before="76" w:after="0" w:line="25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Добро и зло. Понятие греха, раскаяния и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воздаяния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DDE0E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BC872B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9A4C6B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728FDF" w14:textId="77777777" w:rsidR="00CF2024" w:rsidRPr="00CF2024" w:rsidRDefault="00CF2024">
            <w:pPr>
              <w:autoSpaceDE w:val="0"/>
              <w:autoSpaceDN w:val="0"/>
              <w:spacing w:before="76" w:after="0" w:line="355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Электронное приложение к учебнику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uchitelya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com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orkse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/33651-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prezentaciya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dobro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i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zlo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ponyatie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greha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raskayaniya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i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vozdayaniya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html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nsportal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nachalnaya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shkola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raznoe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/2012/11/11/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omrk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dobro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i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zlo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?</w:t>
            </w:r>
          </w:p>
        </w:tc>
      </w:tr>
      <w:tr w:rsidR="00CF2024" w:rsidRPr="006F14DC" w14:paraId="3CB65AA9" w14:textId="77777777" w:rsidTr="00CF2024">
        <w:trPr>
          <w:trHeight w:hRule="exact" w:val="2124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D20BC" w14:textId="77777777" w:rsidR="00CF2024" w:rsidRPr="00CF2024" w:rsidRDefault="00CF2024">
            <w:pPr>
              <w:autoSpaceDE w:val="0"/>
              <w:autoSpaceDN w:val="0"/>
              <w:spacing w:before="74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1.6.</w:t>
            </w:r>
          </w:p>
        </w:tc>
        <w:tc>
          <w:tcPr>
            <w:tcW w:w="435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ADA398" w14:textId="77777777" w:rsidR="00CF2024" w:rsidRPr="00CF2024" w:rsidRDefault="00CF2024">
            <w:pPr>
              <w:autoSpaceDE w:val="0"/>
              <w:autoSpaceDN w:val="0"/>
              <w:spacing w:before="74" w:after="0" w:line="250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Человек в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религиозных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традициях мира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69A2C8" w14:textId="77777777" w:rsidR="00CF2024" w:rsidRPr="00CF2024" w:rsidRDefault="00CF2024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6C513" w14:textId="77777777" w:rsidR="00CF2024" w:rsidRPr="00CF2024" w:rsidRDefault="00CF2024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134265" w14:textId="77777777" w:rsidR="00CF2024" w:rsidRPr="00CF2024" w:rsidRDefault="00CF2024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E6E407" w14:textId="77777777" w:rsidR="00CF2024" w:rsidRPr="00CF2024" w:rsidRDefault="00CF2024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Электронное приложение к учебнику</w:t>
            </w:r>
          </w:p>
          <w:p w14:paraId="60C69105" w14:textId="77777777" w:rsidR="00CF2024" w:rsidRPr="00CF2024" w:rsidRDefault="00CF2024">
            <w:pPr>
              <w:autoSpaceDE w:val="0"/>
              <w:autoSpaceDN w:val="0"/>
              <w:spacing w:before="212" w:after="0" w:line="25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nsportal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nachalnaya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shkola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orkse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/2019/12/15/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chelovek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v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religioznyh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traditsiyah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mira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?</w:t>
            </w:r>
          </w:p>
        </w:tc>
      </w:tr>
      <w:tr w:rsidR="00CF2024" w:rsidRPr="006F14DC" w14:paraId="7697FF6F" w14:textId="77777777" w:rsidTr="00CF2024">
        <w:trPr>
          <w:trHeight w:hRule="exact" w:val="225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0EA2C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1.7.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E47F97" w14:textId="77777777" w:rsidR="00CF2024" w:rsidRPr="00CF2024" w:rsidRDefault="00CF2024">
            <w:pPr>
              <w:autoSpaceDE w:val="0"/>
              <w:autoSpaceDN w:val="0"/>
              <w:spacing w:before="78" w:after="0" w:line="245" w:lineRule="auto"/>
              <w:ind w:left="72" w:righ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Священные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Pr="00CF20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сооружения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F8304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3560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D686B5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A97A3" w14:textId="77777777" w:rsidR="00CF2024" w:rsidRPr="00CF2024" w:rsidRDefault="00CF2024">
            <w:pPr>
              <w:autoSpaceDE w:val="0"/>
              <w:autoSpaceDN w:val="0"/>
              <w:spacing w:before="78" w:after="0" w:line="334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Электронное приложение к учебнику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infourok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prezentaciya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k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uroku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orkse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v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klasse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svyaschennie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sooruzheniya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-3428555.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html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?</w:t>
            </w:r>
          </w:p>
        </w:tc>
      </w:tr>
    </w:tbl>
    <w:p w14:paraId="402F4082" w14:textId="77777777" w:rsidR="0098222E" w:rsidRPr="00CF2024" w:rsidRDefault="0098222E">
      <w:pPr>
        <w:autoSpaceDE w:val="0"/>
        <w:autoSpaceDN w:val="0"/>
        <w:spacing w:after="0" w:line="1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14:paraId="6FCA8661" w14:textId="77777777" w:rsidR="0098222E" w:rsidRPr="00CF2024" w:rsidRDefault="0098222E">
      <w:pPr>
        <w:rPr>
          <w:rFonts w:ascii="Times New Roman" w:hAnsi="Times New Roman" w:cs="Times New Roman"/>
          <w:sz w:val="24"/>
          <w:szCs w:val="24"/>
          <w:lang w:val="ru-RU"/>
        </w:rPr>
        <w:sectPr w:rsidR="0098222E" w:rsidRPr="00CF2024">
          <w:pgSz w:w="16840" w:h="11900"/>
          <w:pgMar w:top="284" w:right="640" w:bottom="922" w:left="666" w:header="720" w:footer="720" w:gutter="0"/>
          <w:cols w:space="720" w:equalWidth="0">
            <w:col w:w="15534" w:space="0"/>
          </w:cols>
          <w:docGrid w:linePitch="360"/>
        </w:sectPr>
      </w:pPr>
    </w:p>
    <w:p w14:paraId="47921832" w14:textId="77777777" w:rsidR="0098222E" w:rsidRPr="00CF2024" w:rsidRDefault="0098222E">
      <w:pPr>
        <w:autoSpaceDE w:val="0"/>
        <w:autoSpaceDN w:val="0"/>
        <w:spacing w:after="66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4351"/>
        <w:gridCol w:w="992"/>
        <w:gridCol w:w="1985"/>
        <w:gridCol w:w="2693"/>
        <w:gridCol w:w="4961"/>
      </w:tblGrid>
      <w:tr w:rsidR="00CF2024" w:rsidRPr="006F14DC" w14:paraId="4CBE2625" w14:textId="77777777" w:rsidTr="00CF2024">
        <w:trPr>
          <w:trHeight w:hRule="exact" w:val="207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711CD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1.8.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2C4EE" w14:textId="77777777" w:rsidR="00CF2024" w:rsidRPr="00CF2024" w:rsidRDefault="00CF2024">
            <w:pPr>
              <w:autoSpaceDE w:val="0"/>
              <w:autoSpaceDN w:val="0"/>
              <w:spacing w:before="78" w:after="0" w:line="247" w:lineRule="auto"/>
              <w:ind w:left="72" w:right="5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Искусство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в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религиозной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B9C808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D88F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EFD750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241172" w14:textId="77777777" w:rsidR="00CF2024" w:rsidRPr="00CF2024" w:rsidRDefault="00CF2024">
            <w:pPr>
              <w:autoSpaceDE w:val="0"/>
              <w:autoSpaceDN w:val="0"/>
              <w:spacing w:before="78" w:after="0" w:line="334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Электронное приложение к учебнику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infourok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prezentaciya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po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orkse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na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temuiskusstvo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v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religioznoy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kulture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-2366920.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html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?</w:t>
            </w:r>
          </w:p>
        </w:tc>
      </w:tr>
      <w:tr w:rsidR="00CF2024" w:rsidRPr="00CF2024" w14:paraId="0DDB7755" w14:textId="77777777" w:rsidTr="00CF2024">
        <w:trPr>
          <w:trHeight w:hRule="exact" w:val="246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CA2A37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1.9.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C2527A" w14:textId="77777777" w:rsidR="00CF2024" w:rsidRPr="00CF2024" w:rsidRDefault="00CF2024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Творческие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работы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E2EBA2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769378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0458D5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0AF22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Электронное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приложение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к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учебнику</w:t>
            </w:r>
            <w:proofErr w:type="spellEnd"/>
          </w:p>
        </w:tc>
      </w:tr>
      <w:tr w:rsidR="00CF2024" w:rsidRPr="006F14DC" w14:paraId="718492DA" w14:textId="77777777" w:rsidTr="00CF2024">
        <w:trPr>
          <w:trHeight w:hRule="exact" w:val="227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7DB266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1.10.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1C792" w14:textId="77777777" w:rsidR="00CF2024" w:rsidRPr="00CF2024" w:rsidRDefault="00CF2024">
            <w:pPr>
              <w:autoSpaceDE w:val="0"/>
              <w:autoSpaceDN w:val="0"/>
              <w:spacing w:before="78" w:after="0" w:line="245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История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религий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в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2280C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71F83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D0C58D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76759" w14:textId="77777777" w:rsidR="00CF2024" w:rsidRPr="00CF2024" w:rsidRDefault="00CF2024">
            <w:pPr>
              <w:autoSpaceDE w:val="0"/>
              <w:autoSpaceDN w:val="0"/>
              <w:spacing w:before="78" w:after="0" w:line="334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Электронное приложение к учебнику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uchitelya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com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orkse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/96549-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prezentaciya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aistriya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religiy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v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rossii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-4-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html</w:t>
            </w:r>
          </w:p>
        </w:tc>
      </w:tr>
      <w:tr w:rsidR="00CF2024" w:rsidRPr="00CF2024" w14:paraId="7A8DE1DE" w14:textId="77777777" w:rsidTr="00CF2024">
        <w:trPr>
          <w:trHeight w:hRule="exact" w:val="274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02A704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1.11.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CDF4A2" w14:textId="77777777" w:rsidR="00CF2024" w:rsidRPr="00CF2024" w:rsidRDefault="00CF2024">
            <w:pPr>
              <w:autoSpaceDE w:val="0"/>
              <w:autoSpaceDN w:val="0"/>
              <w:spacing w:before="76" w:after="0" w:line="250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Религиозные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ритуалы. Обычаи и обряды.</w:t>
            </w:r>
          </w:p>
          <w:p w14:paraId="2E2EBCD3" w14:textId="77777777" w:rsidR="00CF2024" w:rsidRPr="00CF2024" w:rsidRDefault="00CF2024">
            <w:pPr>
              <w:autoSpaceDE w:val="0"/>
              <w:autoSpaceDN w:val="0"/>
              <w:spacing w:before="20" w:after="0" w:line="245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Паломничества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и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святыни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0EB98D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F13A54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5775C4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4DC474" w14:textId="77777777" w:rsidR="00CF2024" w:rsidRPr="00CF2024" w:rsidRDefault="00CF2024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https://uchitelya.com/nachalnaya-shkola/72799-prezentaciya-religioznye-ritualy-obychai-i-obryady-4-klass.html</w:t>
            </w:r>
          </w:p>
          <w:p w14:paraId="667697B1" w14:textId="77777777" w:rsidR="00CF2024" w:rsidRPr="00CF2024" w:rsidRDefault="00CF2024">
            <w:pPr>
              <w:autoSpaceDE w:val="0"/>
              <w:autoSpaceDN w:val="0"/>
              <w:spacing w:before="212" w:after="0" w:line="245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https://infourok.ru/urok-i-prezentaciya-po-orkse-palomnichestva-i-svyatini-3782777.html?</w:t>
            </w:r>
          </w:p>
          <w:p w14:paraId="6EA63D63" w14:textId="77777777" w:rsidR="00CF2024" w:rsidRPr="00CF2024" w:rsidRDefault="00CF2024">
            <w:pPr>
              <w:autoSpaceDE w:val="0"/>
              <w:autoSpaceDN w:val="0"/>
              <w:spacing w:before="212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электронное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приложение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к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учебнику</w:t>
            </w:r>
            <w:proofErr w:type="spellEnd"/>
          </w:p>
        </w:tc>
      </w:tr>
    </w:tbl>
    <w:p w14:paraId="301EF8DC" w14:textId="77777777" w:rsidR="0098222E" w:rsidRPr="00CF2024" w:rsidRDefault="0098222E">
      <w:pPr>
        <w:autoSpaceDE w:val="0"/>
        <w:autoSpaceDN w:val="0"/>
        <w:spacing w:after="0" w:line="14" w:lineRule="exact"/>
        <w:rPr>
          <w:rFonts w:ascii="Times New Roman" w:hAnsi="Times New Roman" w:cs="Times New Roman"/>
          <w:sz w:val="24"/>
          <w:szCs w:val="24"/>
        </w:rPr>
      </w:pPr>
    </w:p>
    <w:p w14:paraId="2F3DE976" w14:textId="77777777" w:rsidR="0098222E" w:rsidRPr="00CF2024" w:rsidRDefault="0098222E">
      <w:pPr>
        <w:rPr>
          <w:rFonts w:ascii="Times New Roman" w:hAnsi="Times New Roman" w:cs="Times New Roman"/>
          <w:sz w:val="24"/>
          <w:szCs w:val="24"/>
        </w:rPr>
        <w:sectPr w:rsidR="0098222E" w:rsidRPr="00CF2024">
          <w:pgSz w:w="16840" w:h="11900"/>
          <w:pgMar w:top="284" w:right="640" w:bottom="874" w:left="666" w:header="720" w:footer="720" w:gutter="0"/>
          <w:cols w:space="720" w:equalWidth="0">
            <w:col w:w="15534" w:space="0"/>
          </w:cols>
          <w:docGrid w:linePitch="360"/>
        </w:sectPr>
      </w:pPr>
    </w:p>
    <w:p w14:paraId="75323007" w14:textId="77777777" w:rsidR="0098222E" w:rsidRPr="00CF2024" w:rsidRDefault="0098222E">
      <w:pPr>
        <w:autoSpaceDE w:val="0"/>
        <w:autoSpaceDN w:val="0"/>
        <w:spacing w:after="66" w:line="22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4351"/>
        <w:gridCol w:w="992"/>
        <w:gridCol w:w="1985"/>
        <w:gridCol w:w="2693"/>
        <w:gridCol w:w="4961"/>
      </w:tblGrid>
      <w:tr w:rsidR="00CF2024" w:rsidRPr="006F14DC" w14:paraId="29F4FBC7" w14:textId="77777777" w:rsidTr="00CF2024">
        <w:trPr>
          <w:trHeight w:hRule="exact" w:val="207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9666B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1.12.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8AE3AC" w14:textId="77777777" w:rsidR="00CF2024" w:rsidRPr="00CF2024" w:rsidRDefault="00CF2024">
            <w:pPr>
              <w:autoSpaceDE w:val="0"/>
              <w:autoSpaceDN w:val="0"/>
              <w:spacing w:before="78" w:after="0" w:line="245" w:lineRule="auto"/>
              <w:ind w:left="72" w:right="5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Праздники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и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календари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4D1E4A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FF0CC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159BE1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09AB14" w14:textId="77777777" w:rsidR="00CF2024" w:rsidRPr="00CF2024" w:rsidRDefault="00CF2024">
            <w:pPr>
              <w:autoSpaceDE w:val="0"/>
              <w:autoSpaceDN w:val="0"/>
              <w:spacing w:before="78" w:after="0" w:line="372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infourok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material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html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?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mid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=44599&amp; электронное приложение к учебнику</w:t>
            </w:r>
          </w:p>
        </w:tc>
      </w:tr>
      <w:tr w:rsidR="00CF2024" w:rsidRPr="00CF2024" w14:paraId="181378F0" w14:textId="77777777" w:rsidTr="00CF2024">
        <w:trPr>
          <w:trHeight w:hRule="exact" w:val="226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BCF25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1.13.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F68DB7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Религия и мораль.</w:t>
            </w:r>
          </w:p>
          <w:p w14:paraId="6DA78610" w14:textId="77777777" w:rsidR="00CF2024" w:rsidRPr="00CF2024" w:rsidRDefault="00CF2024">
            <w:pPr>
              <w:autoSpaceDE w:val="0"/>
              <w:autoSpaceDN w:val="0"/>
              <w:spacing w:before="18" w:after="0" w:line="250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Нравственные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заповеди в религиях мира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CEF2D2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46486A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54FA73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8F601" w14:textId="77777777" w:rsidR="00CF2024" w:rsidRPr="00CF2024" w:rsidRDefault="00CF2024">
            <w:pPr>
              <w:autoSpaceDE w:val="0"/>
              <w:autoSpaceDN w:val="0"/>
              <w:spacing w:before="76" w:after="0" w:line="25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https://uchitelya.com/nachalnaya-shkola/71775-prezentaciya-religiya-i-moral-nravstvennye-zapovedi-v-religiyah-</w:t>
            </w:r>
            <w:r w:rsidRPr="00CF20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mira.html</w:t>
            </w:r>
          </w:p>
          <w:p w14:paraId="32A2513E" w14:textId="77777777" w:rsidR="00CF2024" w:rsidRPr="00CF2024" w:rsidRDefault="00CF2024">
            <w:pPr>
              <w:autoSpaceDE w:val="0"/>
              <w:autoSpaceDN w:val="0"/>
              <w:spacing w:before="210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электронное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приложение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к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учебнику</w:t>
            </w:r>
            <w:proofErr w:type="spellEnd"/>
          </w:p>
        </w:tc>
      </w:tr>
      <w:tr w:rsidR="00CF2024" w:rsidRPr="006F14DC" w14:paraId="5AF0981A" w14:textId="77777777" w:rsidTr="00CF2024">
        <w:trPr>
          <w:trHeight w:hRule="exact" w:val="188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13589E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1.14.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B7F8A" w14:textId="77777777" w:rsidR="00CF2024" w:rsidRPr="00CF2024" w:rsidRDefault="00CF2024">
            <w:pPr>
              <w:autoSpaceDE w:val="0"/>
              <w:autoSpaceDN w:val="0"/>
              <w:spacing w:before="78" w:after="0" w:line="247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Милосердие, забота о слабых,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взаимопомощь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989851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182455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36A09A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BC17F9" w14:textId="77777777" w:rsidR="00CF2024" w:rsidRPr="00CF2024" w:rsidRDefault="00CF2024">
            <w:pPr>
              <w:autoSpaceDE w:val="0"/>
              <w:autoSpaceDN w:val="0"/>
              <w:spacing w:before="78" w:after="0" w:line="372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infourok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material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html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?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mid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=45749&amp; электронное приложение к учебнику</w:t>
            </w:r>
          </w:p>
        </w:tc>
      </w:tr>
      <w:tr w:rsidR="00CF2024" w:rsidRPr="00CF2024" w14:paraId="732C1C56" w14:textId="77777777" w:rsidTr="00CF2024">
        <w:trPr>
          <w:trHeight w:hRule="exact" w:val="169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0805D2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1.15.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4241A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Семья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9D8FB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85DF5E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6C5E2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2336F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Электронное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приложение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к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учебнику</w:t>
            </w:r>
            <w:proofErr w:type="spellEnd"/>
          </w:p>
        </w:tc>
      </w:tr>
      <w:tr w:rsidR="00CF2024" w:rsidRPr="00CF2024" w14:paraId="7F381650" w14:textId="77777777" w:rsidTr="00CF2024">
        <w:trPr>
          <w:trHeight w:hRule="exact" w:val="225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8088C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1.16.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CE60F" w14:textId="77777777" w:rsidR="00CF2024" w:rsidRPr="00CF2024" w:rsidRDefault="00CF2024">
            <w:pPr>
              <w:autoSpaceDE w:val="0"/>
              <w:autoSpaceDN w:val="0"/>
              <w:spacing w:before="78" w:after="0" w:line="247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Долг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свобода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</w:t>
            </w:r>
            <w:r w:rsidRPr="00CF20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ответственность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труд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2A963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790FEE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51CEB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315CD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https://rutube.ru/video/97047be2020daaf900cfd88dfdc86b32/</w:t>
            </w:r>
          </w:p>
        </w:tc>
      </w:tr>
    </w:tbl>
    <w:p w14:paraId="25BCE7C9" w14:textId="77777777" w:rsidR="0098222E" w:rsidRPr="00CF2024" w:rsidRDefault="0098222E">
      <w:pPr>
        <w:autoSpaceDE w:val="0"/>
        <w:autoSpaceDN w:val="0"/>
        <w:spacing w:after="0" w:line="14" w:lineRule="exact"/>
        <w:rPr>
          <w:rFonts w:ascii="Times New Roman" w:hAnsi="Times New Roman" w:cs="Times New Roman"/>
          <w:sz w:val="24"/>
          <w:szCs w:val="24"/>
        </w:rPr>
      </w:pPr>
    </w:p>
    <w:p w14:paraId="5B14D313" w14:textId="77777777" w:rsidR="0098222E" w:rsidRPr="00CF2024" w:rsidRDefault="0098222E">
      <w:pPr>
        <w:rPr>
          <w:rFonts w:ascii="Times New Roman" w:hAnsi="Times New Roman" w:cs="Times New Roman"/>
          <w:sz w:val="24"/>
          <w:szCs w:val="24"/>
        </w:rPr>
        <w:sectPr w:rsidR="0098222E" w:rsidRPr="00CF2024">
          <w:pgSz w:w="16840" w:h="11900"/>
          <w:pgMar w:top="284" w:right="640" w:bottom="562" w:left="666" w:header="720" w:footer="720" w:gutter="0"/>
          <w:cols w:space="720" w:equalWidth="0">
            <w:col w:w="15534" w:space="0"/>
          </w:cols>
          <w:docGrid w:linePitch="360"/>
        </w:sectPr>
      </w:pPr>
    </w:p>
    <w:p w14:paraId="48F25D90" w14:textId="77777777" w:rsidR="0098222E" w:rsidRPr="00CF2024" w:rsidRDefault="0098222E">
      <w:pPr>
        <w:autoSpaceDE w:val="0"/>
        <w:autoSpaceDN w:val="0"/>
        <w:spacing w:after="66" w:line="22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4351"/>
        <w:gridCol w:w="992"/>
        <w:gridCol w:w="1985"/>
        <w:gridCol w:w="2693"/>
        <w:gridCol w:w="4961"/>
      </w:tblGrid>
      <w:tr w:rsidR="00CF2024" w:rsidRPr="00CF2024" w14:paraId="60A29F12" w14:textId="77777777" w:rsidTr="00CF2024">
        <w:trPr>
          <w:trHeight w:hRule="exact" w:val="212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C391A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1.17.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27617B" w14:textId="77777777" w:rsidR="00CF2024" w:rsidRPr="00CF2024" w:rsidRDefault="00CF2024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Любовь и уважение к Отечеству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66A8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15ECA2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23E623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4073AE" w14:textId="77777777" w:rsidR="00CF2024" w:rsidRPr="00CF2024" w:rsidRDefault="00CF2024">
            <w:pPr>
              <w:autoSpaceDE w:val="0"/>
              <w:autoSpaceDN w:val="0"/>
              <w:spacing w:before="78" w:after="0" w:line="245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https://nsportal.ru/nachalnaya-</w:t>
            </w:r>
            <w:r w:rsidRPr="00CF20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shkola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orkse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/2015/04/19/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lyubov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i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uvazhenie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-k-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otechestvu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?</w:t>
            </w:r>
          </w:p>
        </w:tc>
      </w:tr>
      <w:tr w:rsidR="00CF2024" w:rsidRPr="00CF2024" w14:paraId="7F3992BE" w14:textId="77777777" w:rsidTr="00CF2024">
        <w:trPr>
          <w:trHeight w:hRule="exact" w:val="150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D4C9B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1.18.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0B2B2" w14:textId="77777777" w:rsidR="00CF2024" w:rsidRPr="00CF2024" w:rsidRDefault="00CF2024">
            <w:pPr>
              <w:autoSpaceDE w:val="0"/>
              <w:autoSpaceDN w:val="0"/>
              <w:spacing w:before="76" w:after="0" w:line="245" w:lineRule="auto"/>
              <w:ind w:right="1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Обобщающий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урок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.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Подведение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итогов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442F14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EF8FD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3033C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10026B" w14:textId="77777777"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Электронное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приложение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к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учебнику</w:t>
            </w:r>
            <w:proofErr w:type="spellEnd"/>
          </w:p>
        </w:tc>
      </w:tr>
      <w:tr w:rsidR="00CF2024" w:rsidRPr="00CF2024" w14:paraId="14A73F25" w14:textId="77777777" w:rsidTr="00CF2024">
        <w:trPr>
          <w:gridAfter w:val="1"/>
          <w:wAfter w:w="4961" w:type="dxa"/>
          <w:trHeight w:hRule="exact" w:val="520"/>
        </w:trPr>
        <w:tc>
          <w:tcPr>
            <w:tcW w:w="4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BF74FD" w14:textId="77777777" w:rsidR="00CF2024" w:rsidRPr="00CF2024" w:rsidRDefault="00CF2024">
            <w:pPr>
              <w:autoSpaceDE w:val="0"/>
              <w:autoSpaceDN w:val="0"/>
              <w:spacing w:before="78" w:after="0" w:line="245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7F263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1AB00F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0FF19" w14:textId="77777777"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</w:tr>
    </w:tbl>
    <w:p w14:paraId="6F2E38D8" w14:textId="77777777" w:rsidR="0098222E" w:rsidRPr="00CF2024" w:rsidRDefault="0098222E">
      <w:pPr>
        <w:autoSpaceDE w:val="0"/>
        <w:autoSpaceDN w:val="0"/>
        <w:spacing w:after="0" w:line="14" w:lineRule="exact"/>
        <w:rPr>
          <w:rFonts w:ascii="Times New Roman" w:hAnsi="Times New Roman" w:cs="Times New Roman"/>
          <w:sz w:val="24"/>
          <w:szCs w:val="24"/>
        </w:rPr>
      </w:pPr>
    </w:p>
    <w:p w14:paraId="5B479E78" w14:textId="77777777" w:rsidR="0098222E" w:rsidRPr="00CF2024" w:rsidRDefault="0098222E">
      <w:pPr>
        <w:rPr>
          <w:rFonts w:ascii="Times New Roman" w:hAnsi="Times New Roman" w:cs="Times New Roman"/>
          <w:sz w:val="24"/>
          <w:szCs w:val="24"/>
        </w:rPr>
        <w:sectPr w:rsidR="0098222E" w:rsidRPr="00CF2024">
          <w:pgSz w:w="16840" w:h="1190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14:paraId="65973FED" w14:textId="77777777" w:rsidR="0098222E" w:rsidRPr="00CF2024" w:rsidRDefault="0098222E" w:rsidP="003902EA">
      <w:pPr>
        <w:autoSpaceDE w:val="0"/>
        <w:autoSpaceDN w:val="0"/>
        <w:spacing w:after="78" w:line="220" w:lineRule="exact"/>
        <w:rPr>
          <w:rFonts w:ascii="Times New Roman" w:hAnsi="Times New Roman" w:cs="Times New Roman"/>
          <w:sz w:val="24"/>
          <w:szCs w:val="24"/>
        </w:rPr>
      </w:pPr>
    </w:p>
    <w:sectPr w:rsidR="0098222E" w:rsidRPr="00CF2024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DejaVu Serif">
    <w:altName w:val="Times New Roman"/>
    <w:panose1 w:val="02060603050605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83519F4"/>
    <w:multiLevelType w:val="hybridMultilevel"/>
    <w:tmpl w:val="D002675C"/>
    <w:lvl w:ilvl="0" w:tplc="2968FFB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20FF5"/>
    <w:rsid w:val="00273FD7"/>
    <w:rsid w:val="0029639D"/>
    <w:rsid w:val="00326F90"/>
    <w:rsid w:val="003902EA"/>
    <w:rsid w:val="006F14DC"/>
    <w:rsid w:val="006F7FFD"/>
    <w:rsid w:val="007455B8"/>
    <w:rsid w:val="00811B0C"/>
    <w:rsid w:val="0098222E"/>
    <w:rsid w:val="00AA1D8D"/>
    <w:rsid w:val="00B47730"/>
    <w:rsid w:val="00B774F6"/>
    <w:rsid w:val="00C461A8"/>
    <w:rsid w:val="00CB0664"/>
    <w:rsid w:val="00CF2024"/>
    <w:rsid w:val="00E3090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8B65F8F"/>
  <w14:defaultImageDpi w14:val="300"/>
  <w15:docId w15:val="{E2E8E417-9CD6-4A51-8481-9CBCF8D58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5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oleObject" Target="embeddings/oleObject4.bin"/><Relationship Id="rId5" Type="http://schemas.openxmlformats.org/officeDocument/2006/relationships/webSettings" Target="webSettings.xml"/><Relationship Id="rId10" Type="http://schemas.openxmlformats.org/officeDocument/2006/relationships/oleObject" Target="embeddings/oleObject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36B6A31-31D3-43AF-990A-B08B2106B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2991</Words>
  <Characters>17055</Characters>
  <Application>Microsoft Office Word</Application>
  <DocSecurity>0</DocSecurity>
  <Lines>142</Lines>
  <Paragraphs>40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20006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Пользователь</cp:lastModifiedBy>
  <cp:revision>11</cp:revision>
  <dcterms:created xsi:type="dcterms:W3CDTF">2023-09-26T18:35:00Z</dcterms:created>
  <dcterms:modified xsi:type="dcterms:W3CDTF">2024-02-11T14:58:00Z</dcterms:modified>
</cp:coreProperties>
</file>